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Counseling Meeting Agenda Templates</w:t>
      </w:r>
    </w:p>
    <w:p/>
    <w:p>
      <w:r>
        <w:t>Instructions: Use these templates as a starting point for your meetings with the counseling department. Choose the template that best fits the goal of your specific meeting.</w:t>
      </w:r>
    </w:p>
    <w:p/>
    <w:p>
      <w:r>
        <w:t>---</w:t>
      </w:r>
    </w:p>
    <w:p/>
    <w:p>
      <w:r>
        <w:t>TEMPLATE 1: Student Case Review (Deep Dive)</w:t>
      </w:r>
    </w:p>
    <w:p>
      <w:r>
        <w:t>Use this for discussing specific high-priority students or behavioral issues.</w:t>
      </w:r>
    </w:p>
    <w:p/>
    <w:p>
      <w:r>
        <w:t>Meeting Agenda: Student Case Review</w:t>
      </w:r>
    </w:p>
    <w:p>
      <w:r>
        <w:t>Date/Time: ____________________</w:t>
      </w:r>
    </w:p>
    <w:p>
      <w:r>
        <w:t>Attendees: ____________________</w:t>
      </w:r>
    </w:p>
    <w:p/>
    <w:p>
      <w:r>
        <w:t>1. Student Overview:</w:t>
      </w:r>
    </w:p>
    <w:p>
      <w:r>
        <w:t xml:space="preserve">   (List names of students being discussed)</w:t>
      </w:r>
    </w:p>
    <w:p/>
    <w:p>
      <w:r>
        <w:t>2. Current Status:</w:t>
      </w:r>
    </w:p>
    <w:p>
      <w:r>
        <w:t xml:space="preserve">   - Recent incidents or milestones</w:t>
      </w:r>
    </w:p>
    <w:p>
      <w:r>
        <w:t xml:space="preserve">   - Current interventions in place</w:t>
      </w:r>
    </w:p>
    <w:p/>
    <w:p>
      <w:r>
        <w:t>3. Counselor Input:</w:t>
      </w:r>
    </w:p>
    <w:p>
      <w:r>
        <w:t xml:space="preserve">   - Observations from counseling sessions</w:t>
      </w:r>
    </w:p>
    <w:p>
      <w:r>
        <w:t xml:space="preserve">   - Parental communication updates</w:t>
      </w:r>
    </w:p>
    <w:p/>
    <w:p>
      <w:r>
        <w:t>4. Administrative Action Items:</w:t>
      </w:r>
    </w:p>
    <w:p>
      <w:r>
        <w:t xml:space="preserve">   - Required documentation/referrals</w:t>
      </w:r>
    </w:p>
    <w:p>
      <w:r>
        <w:t xml:space="preserve">   - Changes to student's schedule or placement</w:t>
      </w:r>
    </w:p>
    <w:p/>
    <w:p>
      <w:r>
        <w:t>5. Next Steps &amp; Follow-up Date:</w:t>
      </w:r>
    </w:p>
    <w:p>
      <w:r>
        <w:t xml:space="preserve">   __________________________________________________________</w:t>
      </w:r>
    </w:p>
    <w:p/>
    <w:p>
      <w:r>
        <w:t>---</w:t>
      </w:r>
    </w:p>
    <w:p/>
    <w:p>
      <w:r>
        <w:t>TEMPLATE 2: Weekly Sync (Routine Check-in)</w:t>
      </w:r>
    </w:p>
    <w:p>
      <w:r>
        <w:t>Use this for your regular touch-base to keep things moving smoothly.</w:t>
      </w:r>
    </w:p>
    <w:p/>
    <w:p>
      <w:r>
        <w:t>Meeting Agenda: Weekly Counseling Update</w:t>
      </w:r>
    </w:p>
    <w:p>
      <w:r>
        <w:t>Date/Time: ____________________</w:t>
      </w:r>
    </w:p>
    <w:p>
      <w:r>
        <w:t>Attendees: ____________________</w:t>
      </w:r>
    </w:p>
    <w:p/>
    <w:p>
      <w:r>
        <w:t>1. Quick Wins/Successes:</w:t>
      </w:r>
    </w:p>
    <w:p>
      <w:r>
        <w:t xml:space="preserve">   (Briefly share any positive student news)</w:t>
      </w:r>
    </w:p>
    <w:p/>
    <w:p>
      <w:r>
        <w:t>2. High-Priority Concerns:</w:t>
      </w:r>
    </w:p>
    <w:p>
      <w:r>
        <w:t xml:space="preserve">   (Any "red flag" students that need immediate attention)</w:t>
      </w:r>
    </w:p>
    <w:p/>
    <w:p>
      <w:r>
        <w:t>3. Logistics &amp; Scheduling:</w:t>
      </w:r>
    </w:p>
    <w:p>
      <w:r>
        <w:t xml:space="preserve">   - Upcoming testing dates</w:t>
      </w:r>
    </w:p>
    <w:p>
      <w:r>
        <w:t xml:space="preserve">   - Schedule changes or master schedule conflicts</w:t>
      </w:r>
    </w:p>
    <w:p>
      <w:r>
        <w:t xml:space="preserve">   - Staffing/coverage needs</w:t>
      </w:r>
    </w:p>
    <w:p/>
    <w:p>
      <w:r>
        <w:t>4. Administrative Support Needed:</w:t>
      </w:r>
    </w:p>
    <w:p>
      <w:r>
        <w:t xml:space="preserve">   (What do you need from the office? e.g., transcripts, records, etc.)</w:t>
      </w:r>
    </w:p>
    <w:p/>
    <w:p>
      <w:r>
        <w:t>5. Action Items for Next Week:</w:t>
      </w:r>
    </w:p>
    <w:p>
      <w:r>
        <w:t xml:space="preserve">   __________________________________________________________</w:t>
      </w:r>
    </w:p>
    <w:p/>
    <w:p>
      <w:r>
        <w:t>---</w:t>
      </w:r>
    </w:p>
    <w:p/>
    <w:p>
      <w:r>
        <w:t>TEMPLATE 3: Strategic Planning (Big Picture)</w:t>
      </w:r>
    </w:p>
    <w:p>
      <w:r>
        <w:t>Use this once a month or quarter to look at school-wide goals.</w:t>
      </w:r>
    </w:p>
    <w:p/>
    <w:p>
      <w:r>
        <w:t>Meeting Agenda: Counseling Department Strategy</w:t>
      </w:r>
    </w:p>
    <w:p>
      <w:r>
        <w:t>Date/Time: ____________________</w:t>
      </w:r>
    </w:p>
    <w:p>
      <w:r>
        <w:t>Attendees: ____________________</w:t>
      </w:r>
    </w:p>
    <w:p/>
    <w:p>
      <w:r>
        <w:t>1. Data Review:</w:t>
      </w:r>
    </w:p>
    <w:p>
      <w:r>
        <w:t xml:space="preserve">   (Attendance trends, disciplinary numbers, etc.)</w:t>
      </w:r>
    </w:p>
    <w:p/>
    <w:p>
      <w:r>
        <w:t>2. Program Updates:</w:t>
      </w:r>
    </w:p>
    <w:p>
      <w:r>
        <w:t xml:space="preserve">   (Status of any new initiatives like Anti-Bullying Week or College Prep)</w:t>
      </w:r>
    </w:p>
    <w:p/>
    <w:p>
      <w:r>
        <w:t>3. Staff/Student Feedback:</w:t>
      </w:r>
    </w:p>
    <w:p>
      <w:r>
        <w:t xml:space="preserve">   (What are the counselors hearing most often from students?)</w:t>
      </w:r>
    </w:p>
    <w:p/>
    <w:p>
      <w:r>
        <w:t>4. Resource Needs:</w:t>
      </w:r>
    </w:p>
    <w:p>
      <w:r>
        <w:t xml:space="preserve">   (Supplies, training, or budget items)</w:t>
      </w:r>
    </w:p>
    <w:p/>
    <w:p>
      <w:r>
        <w:t>5. Goals for Next Month:</w:t>
      </w:r>
    </w:p>
    <w:p>
      <w:r>
        <w:t xml:space="preserve">   __________________________________________________________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