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Towers High School</w:t>
      </w:r>
    </w:p>
    <w:p>
      <w:r>
        <w:t>Administrative Office</w:t>
      </w:r>
    </w:p>
    <w:p/>
    <w:p>
      <w:r>
        <w:t>MEMORANDUM</w:t>
      </w:r>
    </w:p>
    <w:p/>
    <w:p>
      <w:r>
        <w:t>TO: All Staff</w:t>
      </w:r>
    </w:p>
    <w:p>
      <w:r>
        <w:t>FROM: Office of the Assistant Principal</w:t>
      </w:r>
    </w:p>
    <w:p>
      <w:r>
        <w:t>DATE: [Insert Date]</w:t>
      </w:r>
    </w:p>
    <w:p>
      <w:r>
        <w:t>SUBJECT: [Insert Subject Here]</w:t>
      </w:r>
    </w:p>
    <w:p/>
    <w:p>
      <w:r>
        <w:t>Dear Team,</w:t>
      </w:r>
    </w:p>
    <w:p/>
    <w:p>
      <w:r>
        <w:t>This is a template document for administrative use. Please use this format for standard internal communications to ensure consistency across our department.</w:t>
      </w:r>
    </w:p>
    <w:p/>
    <w:p>
      <w:r>
        <w:t>Key Points:</w:t>
      </w:r>
    </w:p>
    <w:p>
      <w:r>
        <w:t>- Point 1: [Enter details here]</w:t>
      </w:r>
    </w:p>
    <w:p>
      <w:r>
        <w:t>- Point 2: [Enter details here]</w:t>
      </w:r>
    </w:p>
    <w:p>
      <w:r>
        <w:t>- Point 3: [Enter details here]</w:t>
      </w:r>
    </w:p>
    <w:p/>
    <w:p>
      <w:r>
        <w:t>Action Items:</w:t>
      </w:r>
    </w:p>
    <w:p>
      <w:r>
        <w:t>1. [Task 1] - Due by [Date]</w:t>
      </w:r>
    </w:p>
    <w:p>
      <w:r>
        <w:t>2. [Task 2] - Due by [Date]</w:t>
      </w:r>
    </w:p>
    <w:p/>
    <w:p>
      <w:r>
        <w:t>Thank you for your continued dedication to our students and staff.</w:t>
      </w:r>
    </w:p>
    <w:p/>
    <w:p>
      <w:r>
        <w:t>Best regards,</w:t>
      </w:r>
    </w:p>
    <w:p/>
    <w:p>
      <w:r>
        <w:t>Kristen Thomas-Lorenzo</w:t>
      </w:r>
    </w:p>
    <w:p>
      <w:r>
        <w:t>Assistant Principal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