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80" w:after="80"/>
        <w:pBdr>
          <w:bottom w:val="single" w:sz="6" w:space="1" w:color="2F5496"/>
        </w:pBdr>
      </w:pPr>
      <w:r>
        <w:rPr>
          <w:b/>
          <w:color w:val="2F5496"/>
          <w:sz w:val="24"/>
        </w:rPr>
        <w:t>GENESIS BIBLE STUDY GUIDE</w:t>
      </w:r>
    </w:p>
    <w:p>
      <w:pPr>
        <w:spacing w:before="280" w:after="80"/>
        <w:pBdr>
          <w:bottom w:val="single" w:sz="6" w:space="1" w:color="2F5496"/>
        </w:pBdr>
      </w:pPr>
      <w:r>
        <w:rPr>
          <w:b/>
          <w:color w:val="2F5496"/>
          <w:sz w:val="24"/>
        </w:rPr>
        <w:t>INTRODUCTION</w:t>
      </w:r>
    </w:p>
    <w:p>
      <w:pPr>
        <w:spacing w:after="160" w:line="276" w:lineRule="auto"/>
      </w:pPr>
      <w:r>
        <w:t>This comprehensive study guide explores the Book of Genesis, the first book of the Bible, organized chapter by chapter with detailed analysis, themes, and applications.</w:t>
      </w:r>
    </w:p>
    <w:p>
      <w:pPr>
        <w:spacing w:after="160" w:line="276" w:lineRule="auto"/>
      </w:pPr>
      <w:r>
        <w:t>---</w:t>
      </w:r>
    </w:p>
    <w:p>
      <w:pPr>
        <w:spacing w:before="280" w:after="80"/>
        <w:pBdr>
          <w:bottom w:val="single" w:sz="6" w:space="1" w:color="2F5496"/>
        </w:pBdr>
      </w:pPr>
      <w:r>
        <w:rPr>
          <w:b/>
          <w:color w:val="2F5496"/>
          <w:sz w:val="24"/>
        </w:rPr>
        <w:t>CHAPTER 1: CREATION</w:t>
      </w:r>
    </w:p>
    <w:p>
      <w:pPr>
        <w:spacing w:before="280" w:after="80"/>
        <w:pBdr>
          <w:bottom w:val="single" w:sz="6" w:space="1" w:color="2F5496"/>
        </w:pBdr>
      </w:pPr>
      <w:r>
        <w:rPr>
          <w:b/>
          <w:color w:val="2F5496"/>
          <w:sz w:val="24"/>
        </w:rPr>
        <w:t>OVERVIEW</w:t>
      </w:r>
    </w:p>
    <w:p>
      <w:pPr>
        <w:spacing w:after="160" w:line="276" w:lineRule="auto"/>
      </w:pPr>
      <w:r>
        <w:t>God creates the heavens and the earth in six days, establishing order from chaos.</w:t>
      </w:r>
    </w:p>
    <w:p>
      <w:pPr>
        <w:spacing w:before="280" w:after="80"/>
        <w:pBdr>
          <w:bottom w:val="single" w:sz="6" w:space="1" w:color="2F5496"/>
        </w:pBdr>
      </w:pPr>
      <w:r>
        <w:rPr>
          <w:b/>
          <w:color w:val="2F5496"/>
          <w:sz w:val="24"/>
        </w:rPr>
        <w:t>KEY THEMES</w:t>
      </w:r>
    </w:p>
    <w:p>
      <w:pPr>
        <w:pStyle w:val="ListBullet"/>
        <w:spacing w:after="80"/>
      </w:pPr>
      <w:r>
        <w:t>**Divine Sovereignty**: God speaks creation into existence</w:t>
      </w:r>
    </w:p>
    <w:p>
      <w:pPr>
        <w:pStyle w:val="ListBullet"/>
        <w:spacing w:after="80"/>
      </w:pPr>
      <w:r>
        <w:t>**Order and Structure**: Each day brings new order to the cosmos</w:t>
      </w:r>
    </w:p>
    <w:p>
      <w:pPr>
        <w:pStyle w:val="ListBullet"/>
        <w:spacing w:after="80"/>
      </w:pPr>
      <w:r>
        <w:t>**Human Dignity**: Humans created in God's image</w:t>
      </w:r>
    </w:p>
    <w:p>
      <w:pPr>
        <w:spacing w:before="280" w:after="80"/>
        <w:pBdr>
          <w:bottom w:val="single" w:sz="6" w:space="1" w:color="2F5496"/>
        </w:pBdr>
      </w:pPr>
      <w:r>
        <w:rPr>
          <w:b/>
          <w:color w:val="2F5496"/>
          <w:sz w:val="24"/>
        </w:rPr>
        <w:t>DETAILED BREAKDOWN</w:t>
      </w:r>
    </w:p>
    <w:p>
      <w:pPr>
        <w:pStyle w:val="ListBullet"/>
        <w:spacing w:after="80"/>
      </w:pPr>
      <w:r>
        <w:t>**Day 1**: Light created, separated from darkness</w:t>
      </w:r>
    </w:p>
    <w:p>
      <w:pPr>
        <w:pStyle w:val="ListBullet"/>
        <w:spacing w:after="80"/>
      </w:pPr>
      <w:r>
        <w:t>**Day 2**: Sky/expanse created, separating waters</w:t>
      </w:r>
    </w:p>
    <w:p>
      <w:pPr>
        <w:pStyle w:val="ListBullet"/>
        <w:spacing w:after="80"/>
      </w:pPr>
      <w:r>
        <w:t>**Day 3**: Dry land and vegetation</w:t>
      </w:r>
    </w:p>
    <w:p>
      <w:pPr>
        <w:pStyle w:val="ListBullet"/>
        <w:spacing w:after="80"/>
      </w:pPr>
      <w:r>
        <w:t>**Day 4**: Sun, moon, and stars for signs and seasons</w:t>
      </w:r>
    </w:p>
    <w:p>
      <w:pPr>
        <w:pStyle w:val="ListBullet"/>
        <w:spacing w:after="80"/>
      </w:pPr>
      <w:r>
        <w:t>**Day 5**: Sea creatures and birds</w:t>
      </w:r>
    </w:p>
    <w:p>
      <w:pPr>
        <w:pStyle w:val="ListBullet"/>
        <w:spacing w:after="80"/>
      </w:pPr>
      <w:r>
        <w:t>**Day 6**: Land animals and humans (male and female)</w:t>
      </w:r>
    </w:p>
    <w:p>
      <w:pPr>
        <w:pStyle w:val="ListBullet"/>
        <w:spacing w:after="80"/>
      </w:pPr>
      <w:r>
        <w:t>**Day 7**: God rests, establishing the Sabbath principle</w:t>
      </w:r>
    </w:p>
    <w:p>
      <w:pPr>
        <w:spacing w:before="280" w:after="80"/>
        <w:pBdr>
          <w:bottom w:val="single" w:sz="6" w:space="1" w:color="2F5496"/>
        </w:pBdr>
      </w:pPr>
      <w:r>
        <w:rPr>
          <w:b/>
          <w:color w:val="2F5496"/>
          <w:sz w:val="24"/>
        </w:rPr>
        <w:t>THEOLOGICAL SIGNIFICANCE</w:t>
      </w:r>
    </w:p>
    <w:p>
      <w:pPr>
        <w:pStyle w:val="ListBullet"/>
        <w:spacing w:after="80"/>
      </w:pPr>
      <w:r>
        <w:t>God is the sole Creator (monotheism)</w:t>
      </w:r>
    </w:p>
    <w:p>
      <w:pPr>
        <w:pStyle w:val="ListBullet"/>
        <w:spacing w:after="80"/>
      </w:pPr>
      <w:r>
        <w:t>Creation is inherently good</w:t>
      </w:r>
    </w:p>
    <w:p>
      <w:pPr>
        <w:pStyle w:val="ListBullet"/>
        <w:spacing w:after="80"/>
      </w:pPr>
      <w:r>
        <w:t>Humans have unique status as image-bearers</w:t>
      </w:r>
    </w:p>
    <w:p>
      <w:pPr>
        <w:spacing w:after="160" w:line="276" w:lineRule="auto"/>
      </w:pPr>
      <w:r>
        <w:t>---</w:t>
      </w:r>
    </w:p>
    <w:p>
      <w:pPr>
        <w:spacing w:before="280" w:after="80"/>
        <w:pBdr>
          <w:bottom w:val="single" w:sz="6" w:space="1" w:color="2F5496"/>
        </w:pBdr>
      </w:pPr>
      <w:r>
        <w:rPr>
          <w:b/>
          <w:color w:val="2F5496"/>
          <w:sz w:val="24"/>
        </w:rPr>
        <w:t>CHAPTER 2: THE GARDEN OF EDEN</w:t>
      </w:r>
    </w:p>
    <w:p>
      <w:pPr>
        <w:spacing w:before="280" w:after="80"/>
        <w:pBdr>
          <w:bottom w:val="single" w:sz="6" w:space="1" w:color="2F5496"/>
        </w:pBdr>
      </w:pPr>
      <w:r>
        <w:rPr>
          <w:b/>
          <w:color w:val="2F5496"/>
          <w:sz w:val="24"/>
        </w:rPr>
        <w:t>OVERVIEW</w:t>
      </w:r>
    </w:p>
    <w:p>
      <w:pPr>
        <w:spacing w:after="160" w:line="276" w:lineRule="auto"/>
      </w:pPr>
      <w:r>
        <w:t>God forms Adam from the dust, places him in Eden, and creates Eve as his helper.</w:t>
      </w:r>
    </w:p>
    <w:p>
      <w:pPr>
        <w:spacing w:before="280" w:after="80"/>
        <w:pBdr>
          <w:bottom w:val="single" w:sz="6" w:space="1" w:color="2F5496"/>
        </w:pBdr>
      </w:pPr>
      <w:r>
        <w:rPr>
          <w:b/>
          <w:color w:val="2F5496"/>
          <w:sz w:val="24"/>
        </w:rPr>
        <w:t>KEY THEMES</w:t>
      </w:r>
    </w:p>
    <w:p>
      <w:pPr>
        <w:pStyle w:val="ListBullet"/>
        <w:spacing w:after="80"/>
      </w:pPr>
      <w:r>
        <w:t>**Intimacy with God**: Personal relationship with the Creator</w:t>
      </w:r>
    </w:p>
    <w:p>
      <w:pPr>
        <w:pStyle w:val="ListBullet"/>
        <w:spacing w:after="80"/>
      </w:pPr>
      <w:r>
        <w:t>**Human Responsibility**: Tending the garden and naming animals</w:t>
      </w:r>
    </w:p>
    <w:p>
      <w:pPr>
        <w:pStyle w:val="ListBullet"/>
        <w:spacing w:after="80"/>
      </w:pPr>
      <w:r>
        <w:t>**Companionship**: The need for relationship</w:t>
      </w:r>
    </w:p>
    <w:p>
      <w:pPr>
        <w:spacing w:before="280" w:after="80"/>
        <w:pBdr>
          <w:bottom w:val="single" w:sz="6" w:space="1" w:color="2F5496"/>
        </w:pBdr>
      </w:pPr>
      <w:r>
        <w:rPr>
          <w:b/>
          <w:color w:val="2F5496"/>
          <w:sz w:val="24"/>
        </w:rPr>
        <w:t>DETAILED BREAKDOWN</w:t>
      </w:r>
    </w:p>
    <w:p>
      <w:pPr>
        <w:pStyle w:val="ListBullet"/>
        <w:spacing w:after="80"/>
      </w:pPr>
      <w:r>
        <w:t>God plants the Garden of Eden</w:t>
      </w:r>
    </w:p>
    <w:p>
      <w:pPr>
        <w:pStyle w:val="ListBullet"/>
        <w:spacing w:after="80"/>
      </w:pPr>
      <w:r>
        <w:t>Creates Adam and places him in the garden</w:t>
      </w:r>
    </w:p>
    <w:p>
      <w:pPr>
        <w:pStyle w:val="ListBullet"/>
        <w:spacing w:after="80"/>
      </w:pPr>
      <w:r>
        <w:t>Commands Adam not to eat from the tree of knowledge</w:t>
      </w:r>
    </w:p>
    <w:p>
      <w:pPr>
        <w:pStyle w:val="ListBullet"/>
        <w:spacing w:after="80"/>
      </w:pPr>
      <w:r>
        <w:t>Creates animals, Adam names them</w:t>
      </w:r>
    </w:p>
    <w:p>
      <w:pPr>
        <w:pStyle w:val="ListBullet"/>
        <w:spacing w:after="80"/>
      </w:pPr>
      <w:r>
        <w:t>Creates Eve from Adam's rib</w:t>
      </w:r>
    </w:p>
    <w:p>
      <w:pPr>
        <w:pStyle w:val="ListBullet"/>
        <w:spacing w:after="80"/>
      </w:pPr>
      <w:r>
        <w:t>"Therefore a man shall leave his father and mother and be joined to his wife"</w:t>
      </w:r>
    </w:p>
    <w:p>
      <w:pPr>
        <w:spacing w:before="280" w:after="80"/>
        <w:pBdr>
          <w:bottom w:val="single" w:sz="6" w:space="1" w:color="2F5496"/>
        </w:pBdr>
      </w:pPr>
      <w:r>
        <w:rPr>
          <w:b/>
          <w:color w:val="2F5496"/>
          <w:sz w:val="24"/>
        </w:rPr>
        <w:t>THEOLOGICAL SIGNIFICANCE</w:t>
      </w:r>
    </w:p>
    <w:p>
      <w:pPr>
        <w:pStyle w:val="ListBullet"/>
        <w:spacing w:after="80"/>
      </w:pPr>
      <w:r>
        <w:t>Marriage established by God</w:t>
      </w:r>
    </w:p>
    <w:p>
      <w:pPr>
        <w:pStyle w:val="ListBullet"/>
        <w:spacing w:after="80"/>
      </w:pPr>
      <w:r>
        <w:t>Human responsibility and stewardship</w:t>
      </w:r>
    </w:p>
    <w:p>
      <w:pPr>
        <w:pStyle w:val="ListBullet"/>
        <w:spacing w:after="80"/>
      </w:pPr>
      <w:r>
        <w:t>The foundation of human relationships</w:t>
      </w:r>
    </w:p>
    <w:p>
      <w:pPr>
        <w:spacing w:after="160" w:line="276" w:lineRule="auto"/>
      </w:pPr>
      <w:r>
        <w:t>---</w:t>
      </w:r>
    </w:p>
    <w:p>
      <w:pPr>
        <w:spacing w:before="280" w:after="80"/>
        <w:pBdr>
          <w:bottom w:val="single" w:sz="6" w:space="1" w:color="2F5496"/>
        </w:pBdr>
      </w:pPr>
      <w:r>
        <w:rPr>
          <w:b/>
          <w:color w:val="2F5496"/>
          <w:sz w:val="24"/>
        </w:rPr>
        <w:t>CHAPTER 3: THE FALL</w:t>
      </w:r>
    </w:p>
    <w:p>
      <w:pPr>
        <w:spacing w:before="280" w:after="80"/>
        <w:pBdr>
          <w:bottom w:val="single" w:sz="6" w:space="1" w:color="2F5496"/>
        </w:pBdr>
      </w:pPr>
      <w:r>
        <w:rPr>
          <w:b/>
          <w:color w:val="2F5496"/>
          <w:sz w:val="24"/>
        </w:rPr>
        <w:t>OVERVIEW</w:t>
      </w:r>
    </w:p>
    <w:p>
      <w:pPr>
        <w:spacing w:after="160" w:line="276" w:lineRule="auto"/>
      </w:pPr>
      <w:r>
        <w:t>Eve and Adam disobey God, introducing sin and death into the world.</w:t>
      </w:r>
    </w:p>
    <w:p>
      <w:pPr>
        <w:spacing w:before="280" w:after="80"/>
        <w:pBdr>
          <w:bottom w:val="single" w:sz="6" w:space="1" w:color="2F5496"/>
        </w:pBdr>
      </w:pPr>
      <w:r>
        <w:rPr>
          <w:b/>
          <w:color w:val="2F5496"/>
          <w:sz w:val="24"/>
        </w:rPr>
        <w:t>KEY THEMES</w:t>
      </w:r>
    </w:p>
    <w:p>
      <w:pPr>
        <w:pStyle w:val="ListBullet"/>
        <w:spacing w:after="80"/>
      </w:pPr>
      <w:r>
        <w:t>**Temptation**: The serpent's deception</w:t>
      </w:r>
    </w:p>
    <w:p>
      <w:pPr>
        <w:pStyle w:val="ListBullet"/>
        <w:spacing w:after="80"/>
      </w:pPr>
      <w:r>
        <w:t>**Disobedience**: Eating the forbidden fruit</w:t>
      </w:r>
    </w:p>
    <w:p>
      <w:pPr>
        <w:pStyle w:val="ListBullet"/>
        <w:spacing w:after="80"/>
      </w:pPr>
      <w:r>
        <w:t>**Consequences**: Sin's impact on creation</w:t>
      </w:r>
    </w:p>
    <w:p>
      <w:pPr>
        <w:spacing w:before="280" w:after="80"/>
        <w:pBdr>
          <w:bottom w:val="single" w:sz="6" w:space="1" w:color="2F5496"/>
        </w:pBdr>
      </w:pPr>
      <w:r>
        <w:rPr>
          <w:b/>
          <w:color w:val="2F5496"/>
          <w:sz w:val="24"/>
        </w:rPr>
        <w:t>DETAILED BREAKDOWN</w:t>
      </w:r>
    </w:p>
    <w:p>
      <w:pPr>
        <w:pStyle w:val="ListBullet"/>
        <w:spacing w:after="80"/>
      </w:pPr>
      <w:r>
        <w:t>The serpent questions God's command</w:t>
      </w:r>
    </w:p>
    <w:p>
      <w:pPr>
        <w:pStyle w:val="ListBullet"/>
        <w:spacing w:after="80"/>
      </w:pPr>
      <w:r>
        <w:t>Eve is deceived and eats the fruit</w:t>
      </w:r>
    </w:p>
    <w:p>
      <w:pPr>
        <w:pStyle w:val="ListBullet"/>
        <w:spacing w:after="80"/>
      </w:pPr>
      <w:r>
        <w:t>Adam follows and eats also</w:t>
      </w:r>
    </w:p>
    <w:p>
      <w:pPr>
        <w:pStyle w:val="ListBullet"/>
        <w:spacing w:after="80"/>
      </w:pPr>
      <w:r>
        <w:t>Their eyes are opened, they feel shame</w:t>
      </w:r>
    </w:p>
    <w:p>
      <w:pPr>
        <w:pStyle w:val="ListBullet"/>
        <w:spacing w:after="80"/>
      </w:pPr>
      <w:r>
        <w:t>God confronts them with questions</w:t>
      </w:r>
    </w:p>
    <w:p>
      <w:pPr>
        <w:pStyle w:val="ListBullet"/>
        <w:spacing w:after="80"/>
      </w:pPr>
      <w:r>
        <w:t>Judgment pronounced: serpent's curse, pain in childbirth, toil, expulsion from Eden</w:t>
      </w:r>
    </w:p>
    <w:p>
      <w:pPr>
        <w:spacing w:before="280" w:after="80"/>
        <w:pBdr>
          <w:bottom w:val="single" w:sz="6" w:space="1" w:color="2F5496"/>
        </w:pBdr>
      </w:pPr>
      <w:r>
        <w:rPr>
          <w:b/>
          <w:color w:val="2F5496"/>
          <w:sz w:val="24"/>
        </w:rPr>
        <w:t>THEOLOGICAL SIGNIFICANCE</w:t>
      </w:r>
    </w:p>
    <w:p>
      <w:pPr>
        <w:pStyle w:val="ListBullet"/>
        <w:spacing w:after="80"/>
      </w:pPr>
      <w:r>
        <w:t>Original sin enters humanity</w:t>
      </w:r>
    </w:p>
    <w:p>
      <w:pPr>
        <w:pStyle w:val="ListBullet"/>
        <w:spacing w:after="80"/>
      </w:pPr>
      <w:r>
        <w:t>Broken relationship with God</w:t>
      </w:r>
    </w:p>
    <w:p>
      <w:pPr>
        <w:pStyle w:val="ListBullet"/>
        <w:spacing w:after="80"/>
      </w:pPr>
      <w:r>
        <w:t>Promise of redemption (seed of the woman)</w:t>
      </w:r>
    </w:p>
    <w:p>
      <w:pPr>
        <w:spacing w:after="160" w:line="276" w:lineRule="auto"/>
      </w:pPr>
      <w:r>
        <w:t>---</w:t>
      </w:r>
    </w:p>
    <w:p>
      <w:pPr>
        <w:spacing w:before="280" w:after="80"/>
        <w:pBdr>
          <w:bottom w:val="single" w:sz="6" w:space="1" w:color="2F5496"/>
        </w:pBdr>
      </w:pPr>
      <w:r>
        <w:rPr>
          <w:b/>
          <w:color w:val="2F5496"/>
          <w:sz w:val="24"/>
        </w:rPr>
        <w:t>CHAPTER 4: CAIN AND ABEL</w:t>
      </w:r>
    </w:p>
    <w:p>
      <w:pPr>
        <w:spacing w:before="280" w:after="80"/>
        <w:pBdr>
          <w:bottom w:val="single" w:sz="6" w:space="1" w:color="2F5496"/>
        </w:pBdr>
      </w:pPr>
      <w:r>
        <w:rPr>
          <w:b/>
          <w:color w:val="2F5496"/>
          <w:sz w:val="24"/>
        </w:rPr>
        <w:t>OVERVIEW</w:t>
      </w:r>
    </w:p>
    <w:p>
      <w:pPr>
        <w:spacing w:after="160" w:line="276" w:lineRule="auto"/>
      </w:pPr>
      <w:r>
        <w:t>The first human conflict: Cain murders his brother Abel.</w:t>
      </w:r>
    </w:p>
    <w:p>
      <w:pPr>
        <w:spacing w:before="280" w:after="80"/>
        <w:pBdr>
          <w:bottom w:val="single" w:sz="6" w:space="1" w:color="2F5496"/>
        </w:pBdr>
      </w:pPr>
      <w:r>
        <w:rPr>
          <w:b/>
          <w:color w:val="2F5496"/>
          <w:sz w:val="24"/>
        </w:rPr>
        <w:t>KEY THEMES</w:t>
      </w:r>
    </w:p>
    <w:p>
      <w:pPr>
        <w:pStyle w:val="ListBullet"/>
        <w:spacing w:after="80"/>
      </w:pPr>
      <w:r>
        <w:t>**Worship**: Acceptable vs. unacceptable offerings</w:t>
      </w:r>
    </w:p>
    <w:p>
      <w:pPr>
        <w:pStyle w:val="ListBullet"/>
        <w:spacing w:after="80"/>
      </w:pPr>
      <w:r>
        <w:t>**Jealousy**: Envy leading to violence</w:t>
      </w:r>
    </w:p>
    <w:p>
      <w:pPr>
        <w:pStyle w:val="ListBullet"/>
        <w:spacing w:after="80"/>
      </w:pPr>
      <w:r>
        <w:t>**Divine Mercy**: God's protection despite sin</w:t>
      </w:r>
    </w:p>
    <w:p>
      <w:pPr>
        <w:spacing w:before="280" w:after="80"/>
        <w:pBdr>
          <w:bottom w:val="single" w:sz="6" w:space="1" w:color="2F5496"/>
        </w:pBdr>
      </w:pPr>
      <w:r>
        <w:rPr>
          <w:b/>
          <w:color w:val="2F5496"/>
          <w:sz w:val="24"/>
        </w:rPr>
        <w:t>DETAILED BREAKDOWN</w:t>
      </w:r>
    </w:p>
    <w:p>
      <w:pPr>
        <w:pStyle w:val="ListBullet"/>
        <w:spacing w:after="80"/>
      </w:pPr>
      <w:r>
        <w:t>Cain offers fruit; Abel offers firstborn lambs</w:t>
      </w:r>
    </w:p>
    <w:p>
      <w:pPr>
        <w:pStyle w:val="ListBullet"/>
        <w:spacing w:after="80"/>
      </w:pPr>
      <w:r>
        <w:t>God accepts Abel's offering, rejects Cain's</w:t>
      </w:r>
    </w:p>
    <w:p>
      <w:pPr>
        <w:pStyle w:val="ListBullet"/>
        <w:spacing w:after="80"/>
      </w:pPr>
      <w:r>
        <w:t>Cain becomes angry and jealous</w:t>
      </w:r>
    </w:p>
    <w:p>
      <w:pPr>
        <w:pStyle w:val="ListBullet"/>
        <w:spacing w:after="80"/>
      </w:pPr>
      <w:r>
        <w:t>God warns Cain about sin's desire</w:t>
      </w:r>
    </w:p>
    <w:p>
      <w:pPr>
        <w:pStyle w:val="ListBullet"/>
        <w:spacing w:after="80"/>
      </w:pPr>
      <w:r>
        <w:t>Cain kills Abel in the field</w:t>
      </w:r>
    </w:p>
    <w:p>
      <w:pPr>
        <w:pStyle w:val="ListBullet"/>
        <w:spacing w:after="80"/>
      </w:pPr>
      <w:r>
        <w:t>God curses Cain but marks him for protection</w:t>
      </w:r>
    </w:p>
    <w:p>
      <w:pPr>
        <w:pStyle w:val="ListBullet"/>
        <w:spacing w:after="80"/>
      </w:pPr>
      <w:r>
        <w:t>Cain goes to land of Nod, builds a city</w:t>
      </w:r>
    </w:p>
    <w:p>
      <w:pPr>
        <w:spacing w:before="280" w:after="80"/>
        <w:pBdr>
          <w:bottom w:val="single" w:sz="6" w:space="1" w:color="2F5496"/>
        </w:pBdr>
      </w:pPr>
      <w:r>
        <w:rPr>
          <w:b/>
          <w:color w:val="2F5496"/>
          <w:sz w:val="24"/>
        </w:rPr>
        <w:t>THEOLOGICAL SIGNIFICANCE</w:t>
      </w:r>
    </w:p>
    <w:p>
      <w:pPr>
        <w:pStyle w:val="ListBullet"/>
        <w:spacing w:after="80"/>
      </w:pPr>
      <w:r>
        <w:t>Sin escalates rapidly</w:t>
      </w:r>
    </w:p>
    <w:p>
      <w:pPr>
        <w:pStyle w:val="ListBullet"/>
        <w:spacing w:after="80"/>
      </w:pPr>
      <w:r>
        <w:t>Proper worship requires obedience</w:t>
      </w:r>
    </w:p>
    <w:p>
      <w:pPr>
        <w:pStyle w:val="ListBullet"/>
        <w:spacing w:after="80"/>
      </w:pPr>
      <w:r>
        <w:t>God's grace even to sinners</w:t>
      </w:r>
    </w:p>
    <w:p>
      <w:pPr>
        <w:spacing w:after="160" w:line="276" w:lineRule="auto"/>
      </w:pPr>
      <w:r>
        <w:t>---</w:t>
      </w:r>
    </w:p>
    <w:p>
      <w:pPr>
        <w:spacing w:before="280" w:after="80"/>
        <w:pBdr>
          <w:bottom w:val="single" w:sz="6" w:space="1" w:color="2F5496"/>
        </w:pBdr>
      </w:pPr>
      <w:r>
        <w:rPr>
          <w:b/>
          <w:color w:val="2F5496"/>
          <w:sz w:val="24"/>
        </w:rPr>
        <w:t>CHAPTER 5: THE GENEALOGY FROM ADAM TO NOAH</w:t>
      </w:r>
    </w:p>
    <w:p>
      <w:pPr>
        <w:spacing w:before="280" w:after="80"/>
        <w:pBdr>
          <w:bottom w:val="single" w:sz="6" w:space="1" w:color="2F5496"/>
        </w:pBdr>
      </w:pPr>
      <w:r>
        <w:rPr>
          <w:b/>
          <w:color w:val="2F5496"/>
          <w:sz w:val="24"/>
        </w:rPr>
        <w:t>OVERVIEW</w:t>
      </w:r>
    </w:p>
    <w:p>
      <w:pPr>
        <w:spacing w:after="160" w:line="276" w:lineRule="auto"/>
      </w:pPr>
      <w:r>
        <w:t>A linear genealogy showing the line of Seth leading to Noah.</w:t>
      </w:r>
    </w:p>
    <w:p>
      <w:pPr>
        <w:spacing w:before="280" w:after="80"/>
        <w:pBdr>
          <w:bottom w:val="single" w:sz="6" w:space="1" w:color="2F5496"/>
        </w:pBdr>
      </w:pPr>
      <w:r>
        <w:rPr>
          <w:b/>
          <w:color w:val="2F5496"/>
          <w:sz w:val="24"/>
        </w:rPr>
        <w:t>KEY THEMES</w:t>
      </w:r>
    </w:p>
    <w:p>
      <w:pPr>
        <w:pStyle w:val="ListBullet"/>
        <w:spacing w:after="80"/>
      </w:pPr>
      <w:r>
        <w:t>**Mortality**: "And he died" repeated for each generation</w:t>
      </w:r>
    </w:p>
    <w:p>
      <w:pPr>
        <w:pStyle w:val="ListBullet"/>
        <w:spacing w:after="80"/>
      </w:pPr>
      <w:r>
        <w:t>**Faithfulness**: Enoch walks with God</w:t>
      </w:r>
    </w:p>
    <w:p>
      <w:pPr>
        <w:pStyle w:val="ListBullet"/>
        <w:spacing w:after="80"/>
      </w:pPr>
      <w:r>
        <w:t>**Longevity**: Exceptional lifespans before the flood</w:t>
      </w:r>
    </w:p>
    <w:p>
      <w:pPr>
        <w:spacing w:before="280" w:after="80"/>
        <w:pBdr>
          <w:bottom w:val="single" w:sz="6" w:space="1" w:color="2F5496"/>
        </w:pBdr>
      </w:pPr>
      <w:r>
        <w:rPr>
          <w:b/>
          <w:color w:val="2F5496"/>
          <w:sz w:val="24"/>
        </w:rPr>
        <w:t>DETAILED BREAKDOWN</w:t>
      </w:r>
    </w:p>
    <w:p>
      <w:pPr>
        <w:pStyle w:val="ListBullet"/>
        <w:spacing w:after="80"/>
      </w:pPr>
      <w:r>
        <w:t>Adam lives 930 years</w:t>
      </w:r>
    </w:p>
    <w:p>
      <w:pPr>
        <w:pStyle w:val="ListBullet"/>
        <w:spacing w:after="80"/>
      </w:pPr>
      <w:r>
        <w:t>Seth, Enosh, Kenan, Mahalalel, Jared, Enoch</w:t>
      </w:r>
    </w:p>
    <w:p>
      <w:pPr>
        <w:pStyle w:val="ListBullet"/>
        <w:spacing w:after="80"/>
      </w:pPr>
      <w:r>
        <w:t>Enoch walks with God and is taken without dying (65 + 300 = 365 years)</w:t>
      </w:r>
    </w:p>
    <w:p>
      <w:pPr>
        <w:pStyle w:val="ListBullet"/>
        <w:spacing w:after="80"/>
      </w:pPr>
      <w:r>
        <w:t>Methuselah lives 969 years (longest lifespan)</w:t>
      </w:r>
    </w:p>
    <w:p>
      <w:pPr>
        <w:pStyle w:val="ListBullet"/>
        <w:spacing w:after="80"/>
      </w:pPr>
      <w:r>
        <w:t>Lamegh dies before the flood (777 years)</w:t>
      </w:r>
    </w:p>
    <w:p>
      <w:pPr>
        <w:pStyle w:val="ListBullet"/>
        <w:spacing w:after="80"/>
      </w:pPr>
      <w:r>
        <w:t>Noah born with promise of deliverance from toil</w:t>
      </w:r>
    </w:p>
    <w:p>
      <w:pPr>
        <w:spacing w:before="280" w:after="80"/>
        <w:pBdr>
          <w:bottom w:val="single" w:sz="6" w:space="1" w:color="2F5496"/>
        </w:pBdr>
      </w:pPr>
      <w:r>
        <w:rPr>
          <w:b/>
          <w:color w:val="2F5496"/>
          <w:sz w:val="24"/>
        </w:rPr>
        <w:t>THEOLOGICAL SIGNIFICANCE</w:t>
      </w:r>
    </w:p>
    <w:p>
      <w:pPr>
        <w:pStyle w:val="ListBullet"/>
        <w:spacing w:after="80"/>
      </w:pPr>
      <w:r>
        <w:t>Death as consequence of sin</w:t>
      </w:r>
    </w:p>
    <w:p>
      <w:pPr>
        <w:pStyle w:val="ListBullet"/>
        <w:spacing w:after="80"/>
      </w:pPr>
      <w:r>
        <w:t>Faithfulness rewarded</w:t>
      </w:r>
    </w:p>
    <w:p>
      <w:pPr>
        <w:pStyle w:val="ListBullet"/>
        <w:spacing w:after="80"/>
      </w:pPr>
      <w:r>
        <w:t>God's patience before judgment</w:t>
      </w:r>
    </w:p>
    <w:p>
      <w:pPr>
        <w:spacing w:after="160" w:line="276" w:lineRule="auto"/>
      </w:pPr>
      <w:r>
        <w:t>---</w:t>
      </w:r>
    </w:p>
    <w:p>
      <w:pPr>
        <w:spacing w:before="280" w:after="80"/>
        <w:pBdr>
          <w:bottom w:val="single" w:sz="6" w:space="1" w:color="2F5496"/>
        </w:pBdr>
      </w:pPr>
      <w:r>
        <w:rPr>
          <w:b/>
          <w:color w:val="2F5496"/>
          <w:sz w:val="24"/>
        </w:rPr>
        <w:t>CHAPTER 6: NOAH AND THE FLOOD</w:t>
      </w:r>
    </w:p>
    <w:p>
      <w:pPr>
        <w:spacing w:before="280" w:after="80"/>
        <w:pBdr>
          <w:bottom w:val="single" w:sz="6" w:space="1" w:color="2F5496"/>
        </w:pBdr>
      </w:pPr>
      <w:r>
        <w:rPr>
          <w:b/>
          <w:color w:val="2F5496"/>
          <w:sz w:val="24"/>
        </w:rPr>
        <w:t>OVERVIEW</w:t>
      </w:r>
    </w:p>
    <w:p>
      <w:pPr>
        <w:spacing w:after="160" w:line="276" w:lineRule="auto"/>
      </w:pPr>
      <w:r>
        <w:t>Human wickedness increases; God decides to destroy creation but saves Noah.</w:t>
      </w:r>
    </w:p>
    <w:p>
      <w:pPr>
        <w:spacing w:before="280" w:after="80"/>
        <w:pBdr>
          <w:bottom w:val="single" w:sz="6" w:space="1" w:color="2F5496"/>
        </w:pBdr>
      </w:pPr>
      <w:r>
        <w:rPr>
          <w:b/>
          <w:color w:val="2F5496"/>
          <w:sz w:val="24"/>
        </w:rPr>
        <w:t>KEY THEMES</w:t>
      </w:r>
    </w:p>
    <w:p>
      <w:pPr>
        <w:pStyle w:val="ListBullet"/>
        <w:spacing w:after="80"/>
      </w:pPr>
      <w:r>
        <w:t>**Divine Grief**: God's heart grieved by sin</w:t>
      </w:r>
    </w:p>
    <w:p>
      <w:pPr>
        <w:pStyle w:val="ListBullet"/>
        <w:spacing w:after="80"/>
      </w:pPr>
      <w:r>
        <w:t>**Grace in Judgment**: Salvation through Noah</w:t>
      </w:r>
    </w:p>
    <w:p>
      <w:pPr>
        <w:pStyle w:val="ListBullet"/>
        <w:spacing w:after="80"/>
      </w:pPr>
      <w:r>
        <w:t>**Covenant**: God's promise to never again destroy by water</w:t>
      </w:r>
    </w:p>
    <w:p>
      <w:pPr>
        <w:spacing w:before="280" w:after="80"/>
        <w:pBdr>
          <w:bottom w:val="single" w:sz="6" w:space="1" w:color="2F5496"/>
        </w:pBdr>
      </w:pPr>
      <w:r>
        <w:rPr>
          <w:b/>
          <w:color w:val="2F5496"/>
          <w:sz w:val="24"/>
        </w:rPr>
        <w:t>DETAILED BREAKDOWN</w:t>
      </w:r>
    </w:p>
    <w:p>
      <w:pPr>
        <w:pStyle w:val="ListBullet"/>
        <w:spacing w:after="80"/>
      </w:pPr>
      <w:r>
        <w:t>God sees human wickedness and repents</w:t>
      </w:r>
    </w:p>
    <w:p>
      <w:pPr>
        <w:pStyle w:val="ListBullet"/>
        <w:spacing w:after="80"/>
      </w:pPr>
      <w:r>
        <w:t>Noah finds grace in God's eyes</w:t>
      </w:r>
    </w:p>
    <w:p>
      <w:pPr>
        <w:pStyle w:val="ListBullet"/>
        <w:spacing w:after="80"/>
      </w:pPr>
      <w:r>
        <w:t>Instructions for building the ark</w:t>
      </w:r>
    </w:p>
    <w:p>
      <w:pPr>
        <w:pStyle w:val="ListBullet"/>
        <w:spacing w:after="80"/>
      </w:pPr>
      <w:r>
        <w:t>Noah's family enters the ark</w:t>
      </w:r>
    </w:p>
    <w:p>
      <w:pPr>
        <w:pStyle w:val="ListBullet"/>
        <w:spacing w:after="80"/>
      </w:pPr>
      <w:r>
        <w:t>Flood waters cover the earth for 40 days</w:t>
      </w:r>
    </w:p>
    <w:p>
      <w:pPr>
        <w:pStyle w:val="ListBullet"/>
        <w:spacing w:after="80"/>
      </w:pPr>
      <w:r>
        <w:t>Waters recede, ark rests on Ararat</w:t>
      </w:r>
    </w:p>
    <w:p>
      <w:pPr>
        <w:pStyle w:val="ListBullet"/>
        <w:spacing w:after="80"/>
      </w:pPr>
      <w:r>
        <w:t>Noah sends out raven and dove</w:t>
      </w:r>
    </w:p>
    <w:p>
      <w:pPr>
        <w:pStyle w:val="ListBullet"/>
        <w:spacing w:after="80"/>
      </w:pPr>
      <w:r>
        <w:t>God remembers Noah and causes wind to subdue waters</w:t>
      </w:r>
    </w:p>
    <w:p>
      <w:pPr>
        <w:spacing w:before="280" w:after="80"/>
        <w:pBdr>
          <w:bottom w:val="single" w:sz="6" w:space="1" w:color="2F5496"/>
        </w:pBdr>
      </w:pPr>
      <w:r>
        <w:rPr>
          <w:b/>
          <w:color w:val="2F5496"/>
          <w:sz w:val="24"/>
        </w:rPr>
        <w:t>THEOLOGICAL SIGNIFICANCE</w:t>
      </w:r>
    </w:p>
    <w:p>
      <w:pPr>
        <w:pStyle w:val="ListBullet"/>
        <w:spacing w:after="80"/>
      </w:pPr>
      <w:r>
        <w:t>God's holiness cannot tolerate sin</w:t>
      </w:r>
    </w:p>
    <w:p>
      <w:pPr>
        <w:pStyle w:val="ListBullet"/>
        <w:spacing w:after="80"/>
      </w:pPr>
      <w:r>
        <w:t>God provides salvation for those who trust Him</w:t>
      </w:r>
    </w:p>
    <w:p>
      <w:pPr>
        <w:pStyle w:val="ListBullet"/>
        <w:spacing w:after="80"/>
      </w:pPr>
      <w:r>
        <w:t>Covenant relationship established</w:t>
      </w:r>
    </w:p>
    <w:p>
      <w:pPr>
        <w:spacing w:after="160" w:line="276" w:lineRule="auto"/>
      </w:pPr>
      <w:r>
        <w:t>---</w:t>
      </w:r>
    </w:p>
    <w:p>
      <w:pPr>
        <w:spacing w:before="280" w:after="80"/>
        <w:pBdr>
          <w:bottom w:val="single" w:sz="6" w:space="1" w:color="2F5496"/>
        </w:pBdr>
      </w:pPr>
      <w:r>
        <w:rPr>
          <w:b/>
          <w:color w:val="2F5496"/>
          <w:sz w:val="24"/>
        </w:rPr>
        <w:t>CHAPTER 7: THE FLOOD WATERS</w:t>
      </w:r>
    </w:p>
    <w:p>
      <w:pPr>
        <w:spacing w:before="280" w:after="80"/>
        <w:pBdr>
          <w:bottom w:val="single" w:sz="6" w:space="1" w:color="2F5496"/>
        </w:pBdr>
      </w:pPr>
      <w:r>
        <w:rPr>
          <w:b/>
          <w:color w:val="2F5496"/>
          <w:sz w:val="24"/>
        </w:rPr>
        <w:t>OVERVIEW</w:t>
      </w:r>
    </w:p>
    <w:p>
      <w:pPr>
        <w:spacing w:after="160" w:line="276" w:lineRule="auto"/>
      </w:pPr>
      <w:r>
        <w:t>The flood begins and continues for 40 days.</w:t>
      </w:r>
    </w:p>
    <w:p>
      <w:pPr>
        <w:spacing w:before="280" w:after="80"/>
        <w:pBdr>
          <w:bottom w:val="single" w:sz="6" w:space="1" w:color="2F5496"/>
        </w:pBdr>
      </w:pPr>
      <w:r>
        <w:rPr>
          <w:b/>
          <w:color w:val="2F5496"/>
          <w:sz w:val="24"/>
        </w:rPr>
        <w:t>KEY THEMES</w:t>
      </w:r>
    </w:p>
    <w:p>
      <w:pPr>
        <w:pStyle w:val="ListBullet"/>
        <w:spacing w:after="80"/>
      </w:pPr>
      <w:r>
        <w:t>**Divine Judgment**: Complete destruction of wickedness</w:t>
      </w:r>
    </w:p>
    <w:p>
      <w:pPr>
        <w:pStyle w:val="ListBullet"/>
        <w:spacing w:after="80"/>
      </w:pPr>
      <w:r>
        <w:t>**Divine Preservation**: Noah and his family saved</w:t>
      </w:r>
    </w:p>
    <w:p>
      <w:pPr>
        <w:spacing w:before="280" w:after="80"/>
        <w:pBdr>
          <w:bottom w:val="single" w:sz="6" w:space="1" w:color="2F5496"/>
        </w:pBdr>
      </w:pPr>
      <w:r>
        <w:rPr>
          <w:b/>
          <w:color w:val="2F5496"/>
          <w:sz w:val="24"/>
        </w:rPr>
        <w:t>DETAILED BREAKDOWN</w:t>
      </w:r>
    </w:p>
    <w:p>
      <w:pPr>
        <w:pStyle w:val="ListBullet"/>
        <w:spacing w:after="80"/>
      </w:pPr>
      <w:r>
        <w:t>Seven days of waiting before flood</w:t>
      </w:r>
    </w:p>
    <w:p>
      <w:pPr>
        <w:pStyle w:val="ListBullet"/>
        <w:spacing w:after="80"/>
      </w:pPr>
      <w:r>
        <w:t>Rain falls for 40 days and 40 nights</w:t>
      </w:r>
    </w:p>
    <w:p>
      <w:pPr>
        <w:pStyle w:val="ListBullet"/>
        <w:spacing w:after="80"/>
      </w:pPr>
      <w:r>
        <w:t>All living things destroyed except those in ark</w:t>
      </w:r>
    </w:p>
    <w:p>
      <w:pPr>
        <w:pStyle w:val="ListBullet"/>
        <w:spacing w:after="80"/>
      </w:pPr>
      <w:r>
        <w:t>Waters prevail 150 days on the earth</w:t>
      </w:r>
    </w:p>
    <w:p>
      <w:pPr>
        <w:spacing w:before="280" w:after="80"/>
        <w:pBdr>
          <w:bottom w:val="single" w:sz="6" w:space="1" w:color="2F5496"/>
        </w:pBdr>
      </w:pPr>
      <w:r>
        <w:rPr>
          <w:b/>
          <w:color w:val="2F5496"/>
          <w:sz w:val="24"/>
        </w:rPr>
        <w:t>THEOLOGICAL SIGNIFICANCE</w:t>
      </w:r>
    </w:p>
    <w:p>
      <w:pPr>
        <w:pStyle w:val="ListBullet"/>
        <w:spacing w:after="80"/>
      </w:pPr>
      <w:r>
        <w:t>Judgment is certain for unrepentant sin</w:t>
      </w:r>
    </w:p>
    <w:p>
      <w:pPr>
        <w:pStyle w:val="ListBullet"/>
        <w:spacing w:after="80"/>
      </w:pPr>
      <w:r>
        <w:t>God's promises are sure and certain</w:t>
      </w:r>
    </w:p>
    <w:p>
      <w:pPr>
        <w:spacing w:after="160" w:line="276" w:lineRule="auto"/>
      </w:pPr>
      <w:r>
        <w:t>---</w:t>
      </w:r>
    </w:p>
    <w:p>
      <w:pPr>
        <w:spacing w:before="280" w:after="80"/>
        <w:pBdr>
          <w:bottom w:val="single" w:sz="6" w:space="1" w:color="2F5496"/>
        </w:pBdr>
      </w:pPr>
      <w:r>
        <w:rPr>
          <w:b/>
          <w:color w:val="2F5496"/>
          <w:sz w:val="24"/>
        </w:rPr>
        <w:t>CHAPTER 8: THE FLOOD SUBSIDES</w:t>
      </w:r>
    </w:p>
    <w:p>
      <w:pPr>
        <w:spacing w:before="280" w:after="80"/>
        <w:pBdr>
          <w:bottom w:val="single" w:sz="6" w:space="1" w:color="2F5496"/>
        </w:pBdr>
      </w:pPr>
      <w:r>
        <w:rPr>
          <w:b/>
          <w:color w:val="2F5496"/>
          <w:sz w:val="24"/>
        </w:rPr>
        <w:t>OVERVIEW</w:t>
      </w:r>
    </w:p>
    <w:p>
      <w:pPr>
        <w:spacing w:after="160" w:line="276" w:lineRule="auto"/>
      </w:pPr>
      <w:r>
        <w:t>God remembers Noah and causes the waters to recede.</w:t>
      </w:r>
    </w:p>
    <w:p>
      <w:pPr>
        <w:spacing w:before="280" w:after="80"/>
        <w:pBdr>
          <w:bottom w:val="single" w:sz="6" w:space="1" w:color="2F5496"/>
        </w:pBdr>
      </w:pPr>
      <w:r>
        <w:rPr>
          <w:b/>
          <w:color w:val="2F5496"/>
          <w:sz w:val="24"/>
        </w:rPr>
        <w:t>KEY THEMES</w:t>
      </w:r>
    </w:p>
    <w:p>
      <w:pPr>
        <w:pStyle w:val="ListBullet"/>
        <w:spacing w:after="80"/>
      </w:pPr>
      <w:r>
        <w:t>**Divine Remembrance**: God's faithfulness to His promises</w:t>
      </w:r>
    </w:p>
    <w:p>
      <w:pPr>
        <w:pStyle w:val="ListBullet"/>
        <w:spacing w:after="80"/>
      </w:pPr>
      <w:r>
        <w:t>**New Beginning**: Earth renewed, life restored</w:t>
      </w:r>
    </w:p>
    <w:p>
      <w:pPr>
        <w:spacing w:before="280" w:after="80"/>
        <w:pBdr>
          <w:bottom w:val="single" w:sz="6" w:space="1" w:color="2F5496"/>
        </w:pBdr>
      </w:pPr>
      <w:r>
        <w:rPr>
          <w:b/>
          <w:color w:val="2F5496"/>
          <w:sz w:val="24"/>
        </w:rPr>
        <w:t>DETAILED BREAKDOWN</w:t>
      </w:r>
    </w:p>
    <w:p>
      <w:pPr>
        <w:pStyle w:val="ListBullet"/>
        <w:spacing w:after="80"/>
      </w:pPr>
      <w:r>
        <w:t>God remembers Noah</w:t>
      </w:r>
    </w:p>
    <w:p>
      <w:pPr>
        <w:pStyle w:val="ListBullet"/>
        <w:spacing w:after="80"/>
      </w:pPr>
      <w:r>
        <w:t>Wind blows, waters subside</w:t>
      </w:r>
    </w:p>
    <w:p>
      <w:pPr>
        <w:pStyle w:val="ListBullet"/>
        <w:spacing w:after="80"/>
      </w:pPr>
      <w:r>
        <w:t>Ark rests on Ararat mountains</w:t>
      </w:r>
    </w:p>
    <w:p>
      <w:pPr>
        <w:pStyle w:val="ListBullet"/>
        <w:spacing w:after="80"/>
      </w:pPr>
      <w:r>
        <w:t>Waters decrease steadily</w:t>
      </w:r>
    </w:p>
    <w:p>
      <w:pPr>
        <w:pStyle w:val="ListBullet"/>
        <w:spacing w:after="80"/>
      </w:pPr>
      <w:r>
        <w:t>Noah opens window, sends out birds</w:t>
      </w:r>
    </w:p>
    <w:p>
      <w:pPr>
        <w:pStyle w:val="ListBullet"/>
        <w:spacing w:after="80"/>
      </w:pPr>
      <w:r>
        <w:t>Dove returns with olive leaf</w:t>
      </w:r>
    </w:p>
    <w:p>
      <w:pPr>
        <w:pStyle w:val="ListBullet"/>
        <w:spacing w:after="80"/>
      </w:pPr>
      <w:r>
        <w:t>Noah removes covering, sees dry ground</w:t>
      </w:r>
    </w:p>
    <w:p>
      <w:pPr>
        <w:pStyle w:val="ListBullet"/>
        <w:spacing w:after="80"/>
      </w:pPr>
      <w:r>
        <w:t>God commands Noah to leave the ark</w:t>
      </w:r>
    </w:p>
    <w:p>
      <w:pPr>
        <w:pStyle w:val="ListBullet"/>
        <w:spacing w:after="80"/>
      </w:pPr>
      <w:r>
        <w:t>Noah builds altar and offers sacrifices</w:t>
      </w:r>
    </w:p>
    <w:p>
      <w:pPr>
        <w:pStyle w:val="ListBullet"/>
        <w:spacing w:after="80"/>
      </w:pPr>
      <w:r>
        <w:t>God promises never to curse the ground again</w:t>
      </w:r>
    </w:p>
    <w:p>
      <w:pPr>
        <w:spacing w:before="280" w:after="80"/>
        <w:pBdr>
          <w:bottom w:val="single" w:sz="6" w:space="1" w:color="2F5496"/>
        </w:pBdr>
      </w:pPr>
      <w:r>
        <w:rPr>
          <w:b/>
          <w:color w:val="2F5496"/>
          <w:sz w:val="24"/>
        </w:rPr>
        <w:t>THEOLOGICAL SIGNIFICANCE</w:t>
      </w:r>
    </w:p>
    <w:p>
      <w:pPr>
        <w:pStyle w:val="ListBullet"/>
        <w:spacing w:after="80"/>
      </w:pPr>
      <w:r>
        <w:t>God remembers His covenant</w:t>
      </w:r>
    </w:p>
    <w:p>
      <w:pPr>
        <w:pStyle w:val="ListBullet"/>
        <w:spacing w:after="80"/>
      </w:pPr>
      <w:r>
        <w:t>Thanksgiving worship follows salvation</w:t>
      </w:r>
    </w:p>
    <w:p>
      <w:pPr>
        <w:pStyle w:val="ListBullet"/>
        <w:spacing w:after="80"/>
      </w:pPr>
      <w:r>
        <w:t>God's grace establishes new beginnings</w:t>
      </w:r>
    </w:p>
    <w:p>
      <w:pPr>
        <w:spacing w:after="160" w:line="276" w:lineRule="auto"/>
      </w:pPr>
      <w:r>
        <w:t>---</w:t>
      </w:r>
    </w:p>
    <w:p>
      <w:pPr>
        <w:spacing w:before="280" w:after="80"/>
        <w:pBdr>
          <w:bottom w:val="single" w:sz="6" w:space="1" w:color="2F5496"/>
        </w:pBdr>
      </w:pPr>
      <w:r>
        <w:rPr>
          <w:b/>
          <w:color w:val="2F5496"/>
          <w:sz w:val="24"/>
        </w:rPr>
        <w:t>CHAPTER 9: GOD'S COVENANT WITH NOAH</w:t>
      </w:r>
    </w:p>
    <w:p>
      <w:pPr>
        <w:spacing w:before="280" w:after="80"/>
        <w:pBdr>
          <w:bottom w:val="single" w:sz="6" w:space="1" w:color="2F5496"/>
        </w:pBdr>
      </w:pPr>
      <w:r>
        <w:rPr>
          <w:b/>
          <w:color w:val="2F5496"/>
          <w:sz w:val="24"/>
        </w:rPr>
        <w:t>OVERVIEW</w:t>
      </w:r>
    </w:p>
    <w:p>
      <w:pPr>
        <w:spacing w:after="160" w:line="276" w:lineRule="auto"/>
      </w:pPr>
      <w:r>
        <w:t>God establishes His covenant with Noah and all living creatures.</w:t>
      </w:r>
    </w:p>
    <w:p>
      <w:pPr>
        <w:spacing w:before="280" w:after="80"/>
        <w:pBdr>
          <w:bottom w:val="single" w:sz="6" w:space="1" w:color="2F5496"/>
        </w:pBdr>
      </w:pPr>
      <w:r>
        <w:rPr>
          <w:b/>
          <w:color w:val="2F5496"/>
          <w:sz w:val="24"/>
        </w:rPr>
        <w:t>KEY THEMES</w:t>
      </w:r>
    </w:p>
    <w:p>
      <w:pPr>
        <w:pStyle w:val="ListBullet"/>
        <w:spacing w:after="80"/>
      </w:pPr>
      <w:r>
        <w:t>**Covenant**: Unconditional promise from God</w:t>
      </w:r>
    </w:p>
    <w:p>
      <w:pPr>
        <w:pStyle w:val="ListBullet"/>
        <w:spacing w:after="80"/>
      </w:pPr>
      <w:r>
        <w:t>**Rainbow**: Sign of God's faithfulness</w:t>
      </w:r>
    </w:p>
    <w:p>
      <w:pPr>
        <w:pStyle w:val="ListBullet"/>
        <w:spacing w:after="80"/>
      </w:pPr>
      <w:r>
        <w:t>**Human Government**: Authority established for justice</w:t>
      </w:r>
    </w:p>
    <w:p>
      <w:pPr>
        <w:spacing w:before="280" w:after="80"/>
        <w:pBdr>
          <w:bottom w:val="single" w:sz="6" w:space="1" w:color="2F5496"/>
        </w:pBdr>
      </w:pPr>
      <w:r>
        <w:rPr>
          <w:b/>
          <w:color w:val="2F5496"/>
          <w:sz w:val="24"/>
        </w:rPr>
        <w:t>DETAILED BREAKDOWN</w:t>
      </w:r>
    </w:p>
    <w:p>
      <w:pPr>
        <w:pStyle w:val="ListBullet"/>
        <w:spacing w:after="80"/>
      </w:pPr>
      <w:r>
        <w:t>God blesses Noah and his family</w:t>
      </w:r>
    </w:p>
    <w:p>
      <w:pPr>
        <w:pStyle w:val="ListBullet"/>
        <w:spacing w:after="80"/>
      </w:pPr>
      <w:r>
        <w:t>Command to be fruitful and multiply</w:t>
      </w:r>
    </w:p>
    <w:p>
      <w:pPr>
        <w:pStyle w:val="ListBullet"/>
        <w:spacing w:after="80"/>
      </w:pPr>
      <w:r>
        <w:t>Permission to eat meat (but not with blood)</w:t>
      </w:r>
    </w:p>
    <w:p>
      <w:pPr>
        <w:pStyle w:val="ListBullet"/>
        <w:spacing w:after="80"/>
      </w:pPr>
      <w:r>
        <w:t>Command to establish capital punishment</w:t>
      </w:r>
    </w:p>
    <w:p>
      <w:pPr>
        <w:pStyle w:val="ListBullet"/>
        <w:spacing w:after="80"/>
      </w:pPr>
      <w:r>
        <w:t>God establishes covenant with all living creatures</w:t>
      </w:r>
    </w:p>
    <w:p>
      <w:pPr>
        <w:pStyle w:val="ListBullet"/>
        <w:spacing w:after="80"/>
      </w:pPr>
      <w:r>
        <w:t>Rainbow as sign of covenant</w:t>
      </w:r>
    </w:p>
    <w:p>
      <w:pPr>
        <w:pStyle w:val="ListBullet"/>
        <w:spacing w:after="80"/>
      </w:pPr>
      <w:r>
        <w:t>Noah becomes a farmer, plants vineyard</w:t>
      </w:r>
    </w:p>
    <w:p>
      <w:pPr>
        <w:pStyle w:val="ListBullet"/>
        <w:spacing w:after="80"/>
      </w:pPr>
      <w:r>
        <w:t>Ham sees father's nakedness; Noah curses Canaan</w:t>
      </w:r>
    </w:p>
    <w:p>
      <w:pPr>
        <w:spacing w:before="280" w:after="80"/>
        <w:pBdr>
          <w:bottom w:val="single" w:sz="6" w:space="1" w:color="2F5496"/>
        </w:pBdr>
      </w:pPr>
      <w:r>
        <w:rPr>
          <w:b/>
          <w:color w:val="2F5496"/>
          <w:sz w:val="24"/>
        </w:rPr>
        <w:t>THEOLOGICAL SIGNIFICANCE</w:t>
      </w:r>
    </w:p>
    <w:p>
      <w:pPr>
        <w:pStyle w:val="ListBullet"/>
        <w:spacing w:after="80"/>
      </w:pPr>
      <w:r>
        <w:t>Universal covenant with all humanity</w:t>
      </w:r>
    </w:p>
    <w:p>
      <w:pPr>
        <w:pStyle w:val="ListBullet"/>
        <w:spacing w:after="80"/>
      </w:pPr>
      <w:r>
        <w:t>Human government entrusted with justice</w:t>
      </w:r>
    </w:p>
    <w:p>
      <w:pPr>
        <w:pStyle w:val="ListBullet"/>
        <w:spacing w:after="80"/>
      </w:pPr>
      <w:r>
        <w:t>Blessing and cursing have lasting effects</w:t>
      </w:r>
    </w:p>
    <w:p>
      <w:pPr>
        <w:spacing w:after="160" w:line="276" w:lineRule="auto"/>
      </w:pPr>
      <w:r>
        <w:t>---</w:t>
      </w:r>
    </w:p>
    <w:p>
      <w:pPr>
        <w:spacing w:before="280" w:after="80"/>
        <w:pBdr>
          <w:bottom w:val="single" w:sz="6" w:space="1" w:color="2F5496"/>
        </w:pBdr>
      </w:pPr>
      <w:r>
        <w:rPr>
          <w:b/>
          <w:color w:val="2F5496"/>
          <w:sz w:val="24"/>
        </w:rPr>
        <w:t>CHAPTER 10: THE TABLE OF NATIONS</w:t>
      </w:r>
    </w:p>
    <w:p>
      <w:pPr>
        <w:spacing w:before="280" w:after="80"/>
        <w:pBdr>
          <w:bottom w:val="single" w:sz="6" w:space="1" w:color="2F5496"/>
        </w:pBdr>
      </w:pPr>
      <w:r>
        <w:rPr>
          <w:b/>
          <w:color w:val="2F5496"/>
          <w:sz w:val="24"/>
        </w:rPr>
        <w:t>OVERVIEW</w:t>
      </w:r>
    </w:p>
    <w:p>
      <w:pPr>
        <w:spacing w:after="160" w:line="276" w:lineRule="auto"/>
      </w:pPr>
      <w:r>
        <w:t>Genealogies of Noah's sons: Shem, Ham, and Japheth.</w:t>
      </w:r>
    </w:p>
    <w:p>
      <w:pPr>
        <w:spacing w:before="280" w:after="80"/>
        <w:pBdr>
          <w:bottom w:val="single" w:sz="6" w:space="1" w:color="2F5496"/>
        </w:pBdr>
      </w:pPr>
      <w:r>
        <w:rPr>
          <w:b/>
          <w:color w:val="2F5496"/>
          <w:sz w:val="24"/>
        </w:rPr>
        <w:t>KEY THEMES</w:t>
      </w:r>
    </w:p>
    <w:p>
      <w:pPr>
        <w:pStyle w:val="ListBullet"/>
        <w:spacing w:after="80"/>
      </w:pPr>
      <w:r>
        <w:t>**Diversity**: Nations arise from common ancestors</w:t>
      </w:r>
    </w:p>
    <w:p>
      <w:pPr>
        <w:pStyle w:val="ListBullet"/>
        <w:spacing w:after="80"/>
      </w:pPr>
      <w:r>
        <w:t>**Divine Sovereignty**: God disperses nations</w:t>
      </w:r>
    </w:p>
    <w:p>
      <w:pPr>
        <w:pStyle w:val="ListBullet"/>
        <w:spacing w:after="80"/>
      </w:pPr>
      <w:r>
        <w:t>**Lineage**: Important for understanding biblical history</w:t>
      </w:r>
    </w:p>
    <w:p>
      <w:pPr>
        <w:spacing w:before="280" w:after="80"/>
        <w:pBdr>
          <w:bottom w:val="single" w:sz="6" w:space="1" w:color="2F5496"/>
        </w:pBdr>
      </w:pPr>
      <w:r>
        <w:rPr>
          <w:b/>
          <w:color w:val="2F5496"/>
          <w:sz w:val="24"/>
        </w:rPr>
        <w:t>DETAILED BREAKDOWN</w:t>
      </w:r>
    </w:p>
    <w:p>
      <w:pPr>
        <w:pStyle w:val="ListBullet"/>
        <w:spacing w:after="80"/>
      </w:pPr>
      <w:r>
        <w:t>Japheth's descendants (coastal and northern nations)</w:t>
      </w:r>
    </w:p>
    <w:p>
      <w:pPr>
        <w:pStyle w:val="ListBullet"/>
        <w:spacing w:after="80"/>
      </w:pPr>
      <w:r>
        <w:t>Ham's descendants (Canaanites, Egyptians, etc.)</w:t>
      </w:r>
    </w:p>
    <w:p>
      <w:pPr>
        <w:pStyle w:val="ListBullet"/>
        <w:spacing w:after="80"/>
      </w:pPr>
      <w:r>
        <w:t>Shem's descendants (Hebrews, Arabs, etc.)</w:t>
      </w:r>
    </w:p>
    <w:p>
      <w:pPr>
        <w:pStyle w:val="ListBullet"/>
        <w:spacing w:after="80"/>
      </w:pPr>
      <w:r>
        <w:t>Nimble, mighty hunter, builds Babel, Ashur, Nineveh, Calah</w:t>
      </w:r>
    </w:p>
    <w:p>
      <w:pPr>
        <w:pStyle w:val="ListBullet"/>
        <w:spacing w:after="80"/>
      </w:pPr>
      <w:r>
        <w:t>Division of earth in Peleg's time</w:t>
      </w:r>
    </w:p>
    <w:p>
      <w:pPr>
        <w:spacing w:before="280" w:after="80"/>
        <w:pBdr>
          <w:bottom w:val="single" w:sz="6" w:space="1" w:color="2F5496"/>
        </w:pBdr>
      </w:pPr>
      <w:r>
        <w:rPr>
          <w:b/>
          <w:color w:val="2F5496"/>
          <w:sz w:val="24"/>
        </w:rPr>
        <w:t>THEOLOGICAL SIGNIFICANCE</w:t>
      </w:r>
    </w:p>
    <w:p>
      <w:pPr>
        <w:pStyle w:val="ListBullet"/>
        <w:spacing w:after="80"/>
      </w:pPr>
      <w:r>
        <w:t>All nations descend from Noah</w:t>
      </w:r>
    </w:p>
    <w:p>
      <w:pPr>
        <w:pStyle w:val="ListBullet"/>
        <w:spacing w:after="80"/>
      </w:pPr>
      <w:r>
        <w:t>God's sovereignty over nations</w:t>
      </w:r>
    </w:p>
    <w:p>
      <w:pPr>
        <w:pStyle w:val="ListBullet"/>
        <w:spacing w:after="80"/>
      </w:pPr>
      <w:r>
        <w:t>The line of Shem leads to Abraham</w:t>
      </w:r>
    </w:p>
    <w:p>
      <w:pPr>
        <w:spacing w:after="160" w:line="276" w:lineRule="auto"/>
      </w:pPr>
      <w:r>
        <w:t>---</w:t>
      </w:r>
    </w:p>
    <w:p>
      <w:pPr>
        <w:spacing w:before="280" w:after="80"/>
        <w:pBdr>
          <w:bottom w:val="single" w:sz="6" w:space="1" w:color="2F5496"/>
        </w:pBdr>
      </w:pPr>
      <w:r>
        <w:rPr>
          <w:b/>
          <w:color w:val="2F5496"/>
          <w:sz w:val="24"/>
        </w:rPr>
        <w:t>CHAPTER 11: THE TOWER OF BABEL</w:t>
      </w:r>
    </w:p>
    <w:p>
      <w:pPr>
        <w:spacing w:before="280" w:after="80"/>
        <w:pBdr>
          <w:bottom w:val="single" w:sz="6" w:space="1" w:color="2F5496"/>
        </w:pBdr>
      </w:pPr>
      <w:r>
        <w:rPr>
          <w:b/>
          <w:color w:val="2F5496"/>
          <w:sz w:val="24"/>
        </w:rPr>
        <w:t>OVERVIEW</w:t>
      </w:r>
    </w:p>
    <w:p>
      <w:pPr>
        <w:spacing w:after="160" w:line="276" w:lineRule="auto"/>
      </w:pPr>
      <w:r>
        <w:t>Humanity's pride leads to confusion and dispersion.</w:t>
      </w:r>
    </w:p>
    <w:p>
      <w:pPr>
        <w:spacing w:before="280" w:after="80"/>
        <w:pBdr>
          <w:bottom w:val="single" w:sz="6" w:space="1" w:color="2F5496"/>
        </w:pBdr>
      </w:pPr>
      <w:r>
        <w:rPr>
          <w:b/>
          <w:color w:val="2F5496"/>
          <w:sz w:val="24"/>
        </w:rPr>
        <w:t>KEY THEMES</w:t>
      </w:r>
    </w:p>
    <w:p>
      <w:pPr>
        <w:pStyle w:val="ListBullet"/>
        <w:spacing w:after="80"/>
      </w:pPr>
      <w:r>
        <w:t>**Pride**: Human ambition against God</w:t>
      </w:r>
    </w:p>
    <w:p>
      <w:pPr>
        <w:pStyle w:val="ListBullet"/>
        <w:spacing w:after="80"/>
      </w:pPr>
      <w:r>
        <w:t>**Confusion**: Language divided</w:t>
      </w:r>
    </w:p>
    <w:p>
      <w:pPr>
        <w:pStyle w:val="ListBullet"/>
        <w:spacing w:after="80"/>
      </w:pPr>
      <w:r>
        <w:t>**Dispersion**: Nations scattered</w:t>
      </w:r>
    </w:p>
    <w:p>
      <w:pPr>
        <w:spacing w:before="280" w:after="80"/>
        <w:pBdr>
          <w:bottom w:val="single" w:sz="6" w:space="1" w:color="2F5496"/>
        </w:pBdr>
      </w:pPr>
      <w:r>
        <w:rPr>
          <w:b/>
          <w:color w:val="2F5496"/>
          <w:sz w:val="24"/>
        </w:rPr>
        <w:t>DETAILED BREAKDOWN</w:t>
      </w:r>
    </w:p>
    <w:p>
      <w:pPr>
        <w:pStyle w:val="ListBullet"/>
        <w:spacing w:after="80"/>
      </w:pPr>
      <w:r>
        <w:t>Humanity speaks one language</w:t>
      </w:r>
    </w:p>
    <w:p>
      <w:pPr>
        <w:pStyle w:val="ListBullet"/>
        <w:spacing w:after="80"/>
      </w:pPr>
      <w:r>
        <w:t>They decide to build a tower to make a name for themselves</w:t>
      </w:r>
    </w:p>
    <w:p>
      <w:pPr>
        <w:pStyle w:val="ListBullet"/>
        <w:spacing w:after="80"/>
      </w:pPr>
      <w:r>
        <w:t>God comes down and sees their pride</w:t>
      </w:r>
    </w:p>
    <w:p>
      <w:pPr>
        <w:pStyle w:val="ListBullet"/>
        <w:spacing w:after="80"/>
      </w:pPr>
      <w:r>
        <w:t>God confuses their language</w:t>
      </w:r>
    </w:p>
    <w:p>
      <w:pPr>
        <w:pStyle w:val="ListBullet"/>
        <w:spacing w:after="80"/>
      </w:pPr>
      <w:r>
        <w:t>They are scattered across the earth</w:t>
      </w:r>
    </w:p>
    <w:p>
      <w:pPr>
        <w:pStyle w:val="ListBullet"/>
        <w:spacing w:after="80"/>
      </w:pPr>
      <w:r>
        <w:t>Genealogy from Shem to Abram</w:t>
      </w:r>
    </w:p>
    <w:p>
      <w:pPr>
        <w:spacing w:before="280" w:after="80"/>
        <w:pBdr>
          <w:bottom w:val="single" w:sz="6" w:space="1" w:color="2F5496"/>
        </w:pBdr>
      </w:pPr>
      <w:r>
        <w:rPr>
          <w:b/>
          <w:color w:val="2F5496"/>
          <w:sz w:val="24"/>
        </w:rPr>
        <w:t>THEOLOGICAL SIGNIFICANCE</w:t>
      </w:r>
    </w:p>
    <w:p>
      <w:pPr>
        <w:pStyle w:val="ListBullet"/>
        <w:spacing w:after="80"/>
      </w:pPr>
      <w:r>
        <w:t>Human pride leads to division</w:t>
      </w:r>
    </w:p>
    <w:p>
      <w:pPr>
        <w:pStyle w:val="ListBullet"/>
        <w:spacing w:after="80"/>
      </w:pPr>
      <w:r>
        <w:t>God sovereignly directs human history</w:t>
      </w:r>
    </w:p>
    <w:p>
      <w:pPr>
        <w:pStyle w:val="ListBullet"/>
        <w:spacing w:after="80"/>
      </w:pPr>
      <w:r>
        <w:t>The line of Shem preserved for God's redemptive plan</w:t>
      </w:r>
    </w:p>
    <w:p>
      <w:pPr>
        <w:spacing w:after="160" w:line="276" w:lineRule="auto"/>
      </w:pPr>
      <w:r>
        <w:t>---</w:t>
      </w:r>
    </w:p>
    <w:p>
      <w:pPr>
        <w:spacing w:before="280" w:after="80"/>
        <w:pBdr>
          <w:bottom w:val="single" w:sz="6" w:space="1" w:color="2F5496"/>
        </w:pBdr>
      </w:pPr>
      <w:r>
        <w:rPr>
          <w:b/>
          <w:color w:val="2F5496"/>
          <w:sz w:val="24"/>
        </w:rPr>
        <w:t>CHAPTER 12: ABRAM CALLED BY GOD</w:t>
      </w:r>
    </w:p>
    <w:p>
      <w:pPr>
        <w:spacing w:before="280" w:after="80"/>
        <w:pBdr>
          <w:bottom w:val="single" w:sz="6" w:space="1" w:color="2F5496"/>
        </w:pBdr>
      </w:pPr>
      <w:r>
        <w:rPr>
          <w:b/>
          <w:color w:val="2F5496"/>
          <w:sz w:val="24"/>
        </w:rPr>
        <w:t>OVERVIEW</w:t>
      </w:r>
    </w:p>
    <w:p>
      <w:pPr>
        <w:spacing w:after="160" w:line="276" w:lineRule="auto"/>
      </w:pPr>
      <w:r>
        <w:t>God calls Abram to leave his homeland and promises blessing.</w:t>
      </w:r>
    </w:p>
    <w:p>
      <w:pPr>
        <w:spacing w:before="280" w:after="80"/>
        <w:pBdr>
          <w:bottom w:val="single" w:sz="6" w:space="1" w:color="2F5496"/>
        </w:pBdr>
      </w:pPr>
      <w:r>
        <w:rPr>
          <w:b/>
          <w:color w:val="2F5496"/>
          <w:sz w:val="24"/>
        </w:rPr>
        <w:t>KEY THEMES</w:t>
      </w:r>
    </w:p>
    <w:p>
      <w:pPr>
        <w:pStyle w:val="ListBullet"/>
        <w:spacing w:after="80"/>
      </w:pPr>
      <w:r>
        <w:t>**Divine Call**: Obedience to God's direction</w:t>
      </w:r>
    </w:p>
    <w:p>
      <w:pPr>
        <w:pStyle w:val="ListBullet"/>
        <w:spacing w:after="80"/>
      </w:pPr>
      <w:r>
        <w:t>**Promises**: Land, descendants, blessing</w:t>
      </w:r>
    </w:p>
    <w:p>
      <w:pPr>
        <w:pStyle w:val="ListBullet"/>
        <w:spacing w:after="80"/>
      </w:pPr>
      <w:r>
        <w:t>**Faith**: Abram's response to God's call</w:t>
      </w:r>
    </w:p>
    <w:p>
      <w:pPr>
        <w:spacing w:before="280" w:after="80"/>
        <w:pBdr>
          <w:bottom w:val="single" w:sz="6" w:space="1" w:color="2F5496"/>
        </w:pBdr>
      </w:pPr>
      <w:r>
        <w:rPr>
          <w:b/>
          <w:color w:val="2F5496"/>
          <w:sz w:val="24"/>
        </w:rPr>
        <w:t>DETAILED BREAKDOWN</w:t>
      </w:r>
    </w:p>
    <w:p>
      <w:pPr>
        <w:pStyle w:val="ListBullet"/>
        <w:spacing w:after="80"/>
      </w:pPr>
      <w:r>
        <w:t>God commands Abram to leave his country</w:t>
      </w:r>
    </w:p>
    <w:p>
      <w:pPr>
        <w:pStyle w:val="ListBullet"/>
        <w:spacing w:after="80"/>
      </w:pPr>
      <w:r>
        <w:t>Promises to make him a great nation</w:t>
      </w:r>
    </w:p>
    <w:p>
      <w:pPr>
        <w:pStyle w:val="ListBullet"/>
        <w:spacing w:after="80"/>
      </w:pPr>
      <w:r>
        <w:t>Blessing to Abram and through him to all families</w:t>
      </w:r>
    </w:p>
    <w:p>
      <w:pPr>
        <w:pStyle w:val="ListBullet"/>
        <w:spacing w:after="80"/>
      </w:pPr>
      <w:r>
        <w:t>Abram departs with Sarai, Lot, and all their possessions</w:t>
      </w:r>
    </w:p>
    <w:p>
      <w:pPr>
        <w:pStyle w:val="ListBullet"/>
        <w:spacing w:after="80"/>
      </w:pPr>
      <w:r>
        <w:t>Abram enters Canaan</w:t>
      </w:r>
    </w:p>
    <w:p>
      <w:pPr>
        <w:pStyle w:val="ListBullet"/>
        <w:spacing w:after="80"/>
      </w:pPr>
      <w:r>
        <w:t>God appears to Abram and confirms the promise</w:t>
      </w:r>
    </w:p>
    <w:p>
      <w:pPr>
        <w:pStyle w:val="ListBullet"/>
        <w:spacing w:after="80"/>
      </w:pPr>
      <w:r>
        <w:t>Abram builds altar and calls on the name of the Lord</w:t>
      </w:r>
    </w:p>
    <w:p>
      <w:pPr>
        <w:spacing w:before="280" w:after="80"/>
        <w:pBdr>
          <w:bottom w:val="single" w:sz="6" w:space="1" w:color="2F5496"/>
        </w:pBdr>
      </w:pPr>
      <w:r>
        <w:rPr>
          <w:b/>
          <w:color w:val="2F5496"/>
          <w:sz w:val="24"/>
        </w:rPr>
        <w:t>THEOLOGICAL SIGNIFICANCE</w:t>
      </w:r>
    </w:p>
    <w:p>
      <w:pPr>
        <w:pStyle w:val="ListBullet"/>
        <w:spacing w:after="80"/>
      </w:pPr>
      <w:r>
        <w:t>God initiates redemption through a people</w:t>
      </w:r>
    </w:p>
    <w:p>
      <w:pPr>
        <w:pStyle w:val="ListBullet"/>
        <w:spacing w:after="80"/>
      </w:pPr>
      <w:r>
        <w:t>Blessing extends to all nations</w:t>
      </w:r>
    </w:p>
    <w:p>
      <w:pPr>
        <w:pStyle w:val="ListBullet"/>
        <w:spacing w:after="80"/>
      </w:pPr>
      <w:r>
        <w:t>Faith responds to God's call</w:t>
      </w:r>
    </w:p>
    <w:p>
      <w:pPr>
        <w:spacing w:after="160" w:line="276" w:lineRule="auto"/>
      </w:pPr>
      <w:r>
        <w:t>---</w:t>
      </w:r>
    </w:p>
    <w:p>
      <w:pPr>
        <w:spacing w:before="280" w:after="80"/>
        <w:pBdr>
          <w:bottom w:val="single" w:sz="6" w:space="1" w:color="2F5496"/>
        </w:pBdr>
      </w:pPr>
      <w:r>
        <w:rPr>
          <w:b/>
          <w:color w:val="2F5496"/>
          <w:sz w:val="24"/>
        </w:rPr>
        <w:t>CHAPTER 13: ABRAM AND LOT SEPARATE</w:t>
      </w:r>
    </w:p>
    <w:p>
      <w:pPr>
        <w:spacing w:before="280" w:after="80"/>
        <w:pBdr>
          <w:bottom w:val="single" w:sz="6" w:space="1" w:color="2F5496"/>
        </w:pBdr>
      </w:pPr>
      <w:r>
        <w:rPr>
          <w:b/>
          <w:color w:val="2F5496"/>
          <w:sz w:val="24"/>
        </w:rPr>
        <w:t>OVERVIEW</w:t>
      </w:r>
    </w:p>
    <w:p>
      <w:pPr>
        <w:spacing w:after="160" w:line="276" w:lineRule="auto"/>
      </w:pPr>
      <w:r>
        <w:t>Abram and Lot separate due to land disputes.</w:t>
      </w:r>
    </w:p>
    <w:p>
      <w:pPr>
        <w:spacing w:before="280" w:after="80"/>
        <w:pBdr>
          <w:bottom w:val="single" w:sz="6" w:space="1" w:color="2F5496"/>
        </w:pBdr>
      </w:pPr>
      <w:r>
        <w:rPr>
          <w:b/>
          <w:color w:val="2F5496"/>
          <w:sz w:val="24"/>
        </w:rPr>
        <w:t>KEY THEMES</w:t>
      </w:r>
    </w:p>
    <w:p>
      <w:pPr>
        <w:pStyle w:val="ListBullet"/>
        <w:spacing w:after="80"/>
      </w:pPr>
      <w:r>
        <w:t>**Generosity**: Abram lets Lot choose first</w:t>
      </w:r>
    </w:p>
    <w:p>
      <w:pPr>
        <w:pStyle w:val="ListBullet"/>
        <w:spacing w:after="80"/>
      </w:pPr>
      <w:r>
        <w:t>**Faith**: Abram trusts God's promise</w:t>
      </w:r>
    </w:p>
    <w:p>
      <w:pPr>
        <w:pStyle w:val="ListBullet"/>
        <w:spacing w:after="80"/>
      </w:pPr>
      <w:r>
        <w:t>**Separation**: Holiness requires distinction</w:t>
      </w:r>
    </w:p>
    <w:p>
      <w:pPr>
        <w:spacing w:before="280" w:after="80"/>
        <w:pBdr>
          <w:bottom w:val="single" w:sz="6" w:space="1" w:color="2F5496"/>
        </w:pBdr>
      </w:pPr>
      <w:r>
        <w:rPr>
          <w:b/>
          <w:color w:val="2F5496"/>
          <w:sz w:val="24"/>
        </w:rPr>
        <w:t>DETAILED BREAKDOWN</w:t>
      </w:r>
    </w:p>
    <w:p>
      <w:pPr>
        <w:pStyle w:val="ListBullet"/>
        <w:spacing w:after="80"/>
      </w:pPr>
      <w:r>
        <w:t>Abram and Lot have so much livestock they can't dwell together</w:t>
      </w:r>
    </w:p>
    <w:p>
      <w:pPr>
        <w:pStyle w:val="ListBullet"/>
        <w:spacing w:after="80"/>
      </w:pPr>
      <w:r>
        <w:t>Abram offers Lot first choice of land</w:t>
      </w:r>
    </w:p>
    <w:p>
      <w:pPr>
        <w:pStyle w:val="ListBullet"/>
        <w:spacing w:after="80"/>
      </w:pPr>
      <w:r>
        <w:t>Lot chooses the well-watered plain of Jordan</w:t>
      </w:r>
    </w:p>
    <w:p>
      <w:pPr>
        <w:pStyle w:val="ListBullet"/>
        <w:spacing w:after="80"/>
      </w:pPr>
      <w:r>
        <w:t>Abram remains in Canaan</w:t>
      </w:r>
    </w:p>
    <w:p>
      <w:pPr>
        <w:pStyle w:val="ListBullet"/>
        <w:spacing w:after="80"/>
      </w:pPr>
      <w:r>
        <w:t>God renews promise to Abram</w:t>
      </w:r>
    </w:p>
    <w:p>
      <w:pPr>
        <w:pStyle w:val="ListBullet"/>
        <w:spacing w:after="80"/>
      </w:pPr>
      <w:r>
        <w:t>Abram moves to Hebron and builds altar</w:t>
      </w:r>
    </w:p>
    <w:p>
      <w:pPr>
        <w:spacing w:before="280" w:after="80"/>
        <w:pBdr>
          <w:bottom w:val="single" w:sz="6" w:space="1" w:color="2F5496"/>
        </w:pBdr>
      </w:pPr>
      <w:r>
        <w:rPr>
          <w:b/>
          <w:color w:val="2F5496"/>
          <w:sz w:val="24"/>
        </w:rPr>
        <w:t>THEOLOGICAL SIGNIFICANCE</w:t>
      </w:r>
    </w:p>
    <w:p>
      <w:pPr>
        <w:pStyle w:val="ListBullet"/>
        <w:spacing w:after="80"/>
      </w:pPr>
      <w:r>
        <w:t>Peace is worth more than possessions</w:t>
      </w:r>
    </w:p>
    <w:p>
      <w:pPr>
        <w:pStyle w:val="ListBullet"/>
        <w:spacing w:after="80"/>
      </w:pPr>
      <w:r>
        <w:t>God's promises are sure even when circumstances seem limited</w:t>
      </w:r>
    </w:p>
    <w:p>
      <w:pPr>
        <w:pStyle w:val="ListBullet"/>
        <w:spacing w:after="80"/>
      </w:pPr>
      <w:r>
        <w:t>Separation from worldly influence is sometimes necessary</w:t>
      </w:r>
    </w:p>
    <w:p>
      <w:pPr>
        <w:spacing w:after="160" w:line="276" w:lineRule="auto"/>
      </w:pPr>
      <w:r>
        <w:t>---</w:t>
      </w:r>
    </w:p>
    <w:p>
      <w:pPr>
        <w:spacing w:before="280" w:after="80"/>
        <w:pBdr>
          <w:bottom w:val="single" w:sz="6" w:space="1" w:color="2F5496"/>
        </w:pBdr>
      </w:pPr>
      <w:r>
        <w:rPr>
          <w:b/>
          <w:color w:val="2F5496"/>
          <w:sz w:val="24"/>
        </w:rPr>
        <w:t>CHAPTER 14: ABRAM MEETS MELCHIZEDEK</w:t>
      </w:r>
    </w:p>
    <w:p>
      <w:pPr>
        <w:spacing w:before="280" w:after="80"/>
        <w:pBdr>
          <w:bottom w:val="single" w:sz="6" w:space="1" w:color="2F5496"/>
        </w:pBdr>
      </w:pPr>
      <w:r>
        <w:rPr>
          <w:b/>
          <w:color w:val="2F5496"/>
          <w:sz w:val="24"/>
        </w:rPr>
        <w:t>OVERVIEW</w:t>
      </w:r>
    </w:p>
    <w:p>
      <w:pPr>
        <w:spacing w:after="160" w:line="276" w:lineRule="auto"/>
      </w:pPr>
      <w:r>
        <w:t>Abram rescues Lot and meets the priest-king Melchizedek.</w:t>
      </w:r>
    </w:p>
    <w:p>
      <w:pPr>
        <w:spacing w:before="280" w:after="80"/>
        <w:pBdr>
          <w:bottom w:val="single" w:sz="6" w:space="1" w:color="2F5496"/>
        </w:pBdr>
      </w:pPr>
      <w:r>
        <w:rPr>
          <w:b/>
          <w:color w:val="2F5496"/>
          <w:sz w:val="24"/>
        </w:rPr>
        <w:t>KEY THEMES</w:t>
      </w:r>
    </w:p>
    <w:p>
      <w:pPr>
        <w:pStyle w:val="ListBullet"/>
        <w:spacing w:after="80"/>
      </w:pPr>
      <w:r>
        <w:t>**Courage**: Abram's military intervention</w:t>
      </w:r>
    </w:p>
    <w:p>
      <w:pPr>
        <w:pStyle w:val="ListBullet"/>
        <w:spacing w:after="80"/>
      </w:pPr>
      <w:r>
        <w:t>**Worship**: Melchizedek blesses Abram</w:t>
      </w:r>
    </w:p>
    <w:p>
      <w:pPr>
        <w:pStyle w:val="ListBullet"/>
        <w:spacing w:after="80"/>
      </w:pPr>
      <w:r>
        <w:t>**Tithing**: Abram gives a tenth to Melchizedek</w:t>
      </w:r>
    </w:p>
    <w:p>
      <w:pPr>
        <w:spacing w:before="280" w:after="80"/>
        <w:pBdr>
          <w:bottom w:val="single" w:sz="6" w:space="1" w:color="2F5496"/>
        </w:pBdr>
      </w:pPr>
      <w:r>
        <w:rPr>
          <w:b/>
          <w:color w:val="2F5496"/>
          <w:sz w:val="24"/>
        </w:rPr>
        <w:t>DETAILED BREAKDOWN</w:t>
      </w:r>
    </w:p>
    <w:p>
      <w:pPr>
        <w:pStyle w:val="ListBullet"/>
        <w:spacing w:after="80"/>
      </w:pPr>
      <w:r>
        <w:t>Four kings defeat five kings, take Lot and his goods</w:t>
      </w:r>
    </w:p>
    <w:p>
      <w:pPr>
        <w:pStyle w:val="ListBullet"/>
        <w:spacing w:after="80"/>
      </w:pPr>
      <w:r>
        <w:t>Abram arms his trained men and pursues</w:t>
      </w:r>
    </w:p>
    <w:p>
      <w:pPr>
        <w:pStyle w:val="ListBullet"/>
        <w:spacing w:after="80"/>
      </w:pPr>
      <w:r>
        <w:t>Abram defeats the kings and rescues Lot</w:t>
      </w:r>
    </w:p>
    <w:p>
      <w:pPr>
        <w:pStyle w:val="ListBullet"/>
        <w:spacing w:after="80"/>
      </w:pPr>
      <w:r>
        <w:t>King of Sodom meets Abram</w:t>
      </w:r>
    </w:p>
    <w:p>
      <w:pPr>
        <w:pStyle w:val="ListBullet"/>
        <w:spacing w:after="80"/>
      </w:pPr>
      <w:r>
        <w:t>Melchizedek, king of Salem and priest of God Most High, brings bread and wine</w:t>
      </w:r>
    </w:p>
    <w:p>
      <w:pPr>
        <w:pStyle w:val="ListBullet"/>
        <w:spacing w:after="80"/>
      </w:pPr>
      <w:r>
        <w:t>Abram gives him a tenth of everything</w:t>
      </w:r>
    </w:p>
    <w:p>
      <w:pPr>
        <w:pStyle w:val="ListBullet"/>
        <w:spacing w:after="80"/>
      </w:pPr>
      <w:r>
        <w:t>King of Sodom offers Abram the goods, but Abram refuses</w:t>
      </w:r>
    </w:p>
    <w:p>
      <w:pPr>
        <w:spacing w:before="280" w:after="80"/>
        <w:pBdr>
          <w:bottom w:val="single" w:sz="6" w:space="1" w:color="2F5496"/>
        </w:pBdr>
      </w:pPr>
      <w:r>
        <w:rPr>
          <w:b/>
          <w:color w:val="2F5496"/>
          <w:sz w:val="24"/>
        </w:rPr>
        <w:t>THEOLOGICAL SIGNIFICANCE</w:t>
      </w:r>
    </w:p>
    <w:p>
      <w:pPr>
        <w:pStyle w:val="ListBullet"/>
        <w:spacing w:after="80"/>
      </w:pPr>
      <w:r>
        <w:t>God delivers the oppressed</w:t>
      </w:r>
    </w:p>
    <w:p>
      <w:pPr>
        <w:pStyle w:val="ListBullet"/>
        <w:spacing w:after="80"/>
      </w:pPr>
      <w:r>
        <w:t>Priesthood of Melchizedek prefigures Christ</w:t>
      </w:r>
    </w:p>
    <w:p>
      <w:pPr>
        <w:pStyle w:val="ListBullet"/>
        <w:spacing w:after="80"/>
      </w:pPr>
      <w:r>
        <w:t>Separation from worldly gain when it compromises integrity</w:t>
      </w:r>
    </w:p>
    <w:p>
      <w:pPr>
        <w:spacing w:after="160" w:line="276" w:lineRule="auto"/>
      </w:pPr>
      <w:r>
        <w:t>---</w:t>
      </w:r>
    </w:p>
    <w:p>
      <w:pPr>
        <w:spacing w:before="280" w:after="80"/>
        <w:pBdr>
          <w:bottom w:val="single" w:sz="6" w:space="1" w:color="2F5496"/>
        </w:pBdr>
      </w:pPr>
      <w:r>
        <w:rPr>
          <w:b/>
          <w:color w:val="2F5496"/>
          <w:sz w:val="24"/>
        </w:rPr>
        <w:t>CHAPTER 15: GOD'S COVENANT WITH ABRAM</w:t>
      </w:r>
    </w:p>
    <w:p>
      <w:pPr>
        <w:spacing w:before="280" w:after="80"/>
        <w:pBdr>
          <w:bottom w:val="single" w:sz="6" w:space="1" w:color="2F5496"/>
        </w:pBdr>
      </w:pPr>
      <w:r>
        <w:rPr>
          <w:b/>
          <w:color w:val="2F5496"/>
          <w:sz w:val="24"/>
        </w:rPr>
        <w:t>OVERVIEW</w:t>
      </w:r>
    </w:p>
    <w:p>
      <w:pPr>
        <w:spacing w:after="160" w:line="276" w:lineRule="auto"/>
      </w:pPr>
      <w:r>
        <w:t>God confirms His covenant with Abram through a dramatic ceremony.</w:t>
      </w:r>
    </w:p>
    <w:p>
      <w:pPr>
        <w:spacing w:before="280" w:after="80"/>
        <w:pBdr>
          <w:bottom w:val="single" w:sz="6" w:space="1" w:color="2F5496"/>
        </w:pBdr>
      </w:pPr>
      <w:r>
        <w:rPr>
          <w:b/>
          <w:color w:val="2F5496"/>
          <w:sz w:val="24"/>
        </w:rPr>
        <w:t>KEY THEMES</w:t>
      </w:r>
    </w:p>
    <w:p>
      <w:pPr>
        <w:pStyle w:val="ListBullet"/>
        <w:spacing w:after="80"/>
      </w:pPr>
      <w:r>
        <w:t>**Covenant Ratification**: Sacrificial ceremony</w:t>
      </w:r>
    </w:p>
    <w:p>
      <w:pPr>
        <w:pStyle w:val="ListBullet"/>
        <w:spacing w:after="80"/>
      </w:pPr>
      <w:r>
        <w:t>**Faith**: Abram believes God, credited as righteousness</w:t>
      </w:r>
    </w:p>
    <w:p>
      <w:pPr>
        <w:pStyle w:val="ListBullet"/>
        <w:spacing w:after="80"/>
      </w:pPr>
      <w:r>
        <w:t>**Prophecy**: Abram's descendants will be enslaved but eventually freed</w:t>
      </w:r>
    </w:p>
    <w:p>
      <w:pPr>
        <w:spacing w:before="280" w:after="80"/>
        <w:pBdr>
          <w:bottom w:val="single" w:sz="6" w:space="1" w:color="2F5496"/>
        </w:pBdr>
      </w:pPr>
      <w:r>
        <w:rPr>
          <w:b/>
          <w:color w:val="2F5496"/>
          <w:sz w:val="24"/>
        </w:rPr>
        <w:t>DETAILED BREAKDOWN</w:t>
      </w:r>
    </w:p>
    <w:p>
      <w:pPr>
        <w:pStyle w:val="ListBullet"/>
        <w:spacing w:after="80"/>
      </w:pPr>
      <w:r>
        <w:t>Abram questions how he will have heirs</w:t>
      </w:r>
    </w:p>
    <w:p>
      <w:pPr>
        <w:pStyle w:val="ListBullet"/>
        <w:spacing w:after="80"/>
      </w:pPr>
      <w:r>
        <w:t>God promises descendants as numerous as stars</w:t>
      </w:r>
    </w:p>
    <w:p>
      <w:pPr>
        <w:pStyle w:val="ListBullet"/>
        <w:spacing w:after="80"/>
      </w:pPr>
      <w:r>
        <w:t>Abram believes God, and it is credited to him as righteousness</w:t>
      </w:r>
    </w:p>
    <w:p>
      <w:pPr>
        <w:pStyle w:val="ListBullet"/>
        <w:spacing w:after="80"/>
      </w:pPr>
      <w:r>
        <w:t>God establishes covenant with Abram</w:t>
      </w:r>
    </w:p>
    <w:p>
      <w:pPr>
        <w:pStyle w:val="ListBullet"/>
        <w:spacing w:after="80"/>
      </w:pPr>
      <w:r>
        <w:t>Sacrificial ceremony: animals divided, smoking furnace and burning lamp pass between pieces</w:t>
      </w:r>
    </w:p>
    <w:p>
      <w:pPr>
        <w:pStyle w:val="ListBullet"/>
        <w:spacing w:after="80"/>
      </w:pPr>
      <w:r>
        <w:t>God promises land to Abram's descendants</w:t>
      </w:r>
    </w:p>
    <w:p>
      <w:pPr>
        <w:pStyle w:val="ListBullet"/>
        <w:spacing w:after="80"/>
      </w:pPr>
      <w:r>
        <w:t>Prophecy of 400 years of slavery followed by deliverance</w:t>
      </w:r>
    </w:p>
    <w:p>
      <w:pPr>
        <w:spacing w:before="280" w:after="80"/>
        <w:pBdr>
          <w:bottom w:val="single" w:sz="6" w:space="1" w:color="2F5496"/>
        </w:pBdr>
      </w:pPr>
      <w:r>
        <w:rPr>
          <w:b/>
          <w:color w:val="2F5496"/>
          <w:sz w:val="24"/>
        </w:rPr>
        <w:t>THEOLOGICAL SIGNIFICANCE</w:t>
      </w:r>
    </w:p>
    <w:p>
      <w:pPr>
        <w:pStyle w:val="ListBullet"/>
        <w:spacing w:after="80"/>
      </w:pPr>
      <w:r>
        <w:t>Faith is the means of receiving God's promises</w:t>
      </w:r>
    </w:p>
    <w:p>
      <w:pPr>
        <w:pStyle w:val="ListBullet"/>
        <w:spacing w:after="80"/>
      </w:pPr>
      <w:r>
        <w:t>Covenant is unilateral (God alone passes between pieces)</w:t>
      </w:r>
    </w:p>
    <w:p>
      <w:pPr>
        <w:pStyle w:val="ListBullet"/>
        <w:spacing w:after="80"/>
      </w:pPr>
      <w:r>
        <w:t>Redemption history foreshadowed</w:t>
      </w:r>
    </w:p>
    <w:p>
      <w:pPr>
        <w:spacing w:after="160" w:line="276" w:lineRule="auto"/>
      </w:pPr>
      <w:r>
        <w:t>---</w:t>
      </w:r>
    </w:p>
    <w:p>
      <w:pPr>
        <w:spacing w:before="280" w:after="80"/>
        <w:pBdr>
          <w:bottom w:val="single" w:sz="6" w:space="1" w:color="2F5496"/>
        </w:pBdr>
      </w:pPr>
      <w:r>
        <w:rPr>
          <w:b/>
          <w:color w:val="2F5496"/>
          <w:sz w:val="24"/>
        </w:rPr>
        <w:t>CHAPTER 16: HAGAR AND ISHMAEL</w:t>
      </w:r>
    </w:p>
    <w:p>
      <w:pPr>
        <w:spacing w:before="280" w:after="80"/>
        <w:pBdr>
          <w:bottom w:val="single" w:sz="6" w:space="1" w:color="2F5496"/>
        </w:pBdr>
      </w:pPr>
      <w:r>
        <w:rPr>
          <w:b/>
          <w:color w:val="2F5496"/>
          <w:sz w:val="24"/>
        </w:rPr>
        <w:t>OVERVIEW</w:t>
      </w:r>
    </w:p>
    <w:p>
      <w:pPr>
        <w:spacing w:after="160" w:line="276" w:lineRule="auto"/>
      </w:pPr>
      <w:r>
        <w:t>Sarai's impatience leads to Hagar bearing Ishmael.</w:t>
      </w:r>
    </w:p>
    <w:p>
      <w:pPr>
        <w:spacing w:before="280" w:after="80"/>
        <w:pBdr>
          <w:bottom w:val="single" w:sz="6" w:space="1" w:color="2F5496"/>
        </w:pBdr>
      </w:pPr>
      <w:r>
        <w:rPr>
          <w:b/>
          <w:color w:val="2F5496"/>
          <w:sz w:val="24"/>
        </w:rPr>
        <w:t>KEY THEMES</w:t>
      </w:r>
    </w:p>
    <w:p>
      <w:pPr>
        <w:pStyle w:val="ListBullet"/>
        <w:spacing w:after="80"/>
      </w:pPr>
      <w:r>
        <w:t>**Impatience**: Human attempts to fulfill God's promises</w:t>
      </w:r>
    </w:p>
    <w:p>
      <w:pPr>
        <w:pStyle w:val="ListBullet"/>
        <w:spacing w:after="80"/>
      </w:pPr>
      <w:r>
        <w:t>**Oppression**: Hagar's mistreatment</w:t>
      </w:r>
    </w:p>
    <w:p>
      <w:pPr>
        <w:pStyle w:val="ListBullet"/>
        <w:spacing w:after="80"/>
      </w:pPr>
      <w:r>
        <w:t>**God's Provision**: God sees and provides</w:t>
      </w:r>
    </w:p>
    <w:p>
      <w:pPr>
        <w:spacing w:before="280" w:after="80"/>
        <w:pBdr>
          <w:bottom w:val="single" w:sz="6" w:space="1" w:color="2F5496"/>
        </w:pBdr>
      </w:pPr>
      <w:r>
        <w:rPr>
          <w:b/>
          <w:color w:val="2F5496"/>
          <w:sz w:val="24"/>
        </w:rPr>
        <w:t>DETAILED BREAKDOWN</w:t>
      </w:r>
    </w:p>
    <w:p>
      <w:pPr>
        <w:pStyle w:val="ListBullet"/>
        <w:spacing w:after="80"/>
      </w:pPr>
      <w:r>
        <w:t>Sarai gives Hagar to Abram as wife</w:t>
      </w:r>
    </w:p>
    <w:p>
      <w:pPr>
        <w:pStyle w:val="ListBullet"/>
        <w:spacing w:after="80"/>
      </w:pPr>
      <w:r>
        <w:t>Hagar conceives and looks down on Sarai</w:t>
      </w:r>
    </w:p>
    <w:p>
      <w:pPr>
        <w:pStyle w:val="ListBullet"/>
        <w:spacing w:after="80"/>
      </w:pPr>
      <w:r>
        <w:t>Sarai mistreats Hagar, who flees</w:t>
      </w:r>
    </w:p>
    <w:p>
      <w:pPr>
        <w:pStyle w:val="ListBullet"/>
        <w:spacing w:after="80"/>
      </w:pPr>
      <w:r>
        <w:t>Angel of the Lord finds Hagar by a spring</w:t>
      </w:r>
    </w:p>
    <w:p>
      <w:pPr>
        <w:pStyle w:val="ListBullet"/>
        <w:spacing w:after="80"/>
      </w:pPr>
      <w:r>
        <w:t>Hagar returns and bears Ishmael</w:t>
      </w:r>
    </w:p>
    <w:p>
      <w:pPr>
        <w:pStyle w:val="ListBullet"/>
        <w:spacing w:after="80"/>
      </w:pPr>
      <w:r>
        <w:t>Abram is 86 years old when Ishmael is born</w:t>
      </w:r>
    </w:p>
    <w:p>
      <w:pPr>
        <w:spacing w:before="280" w:after="80"/>
        <w:pBdr>
          <w:bottom w:val="single" w:sz="6" w:space="1" w:color="2F5496"/>
        </w:pBdr>
      </w:pPr>
      <w:r>
        <w:rPr>
          <w:b/>
          <w:color w:val="2F5496"/>
          <w:sz w:val="24"/>
        </w:rPr>
        <w:t>THEOLOGICAL SIGNIFICANCE</w:t>
      </w:r>
    </w:p>
    <w:p>
      <w:pPr>
        <w:pStyle w:val="ListBullet"/>
        <w:spacing w:after="80"/>
      </w:pPr>
      <w:r>
        <w:t>God sees the oppressed (Hagar calls God "You are the God who sees")</w:t>
      </w:r>
    </w:p>
    <w:p>
      <w:pPr>
        <w:pStyle w:val="ListBullet"/>
        <w:spacing w:after="80"/>
      </w:pPr>
      <w:r>
        <w:t>Human efforts to fulfill God's promises often cause problems</w:t>
      </w:r>
    </w:p>
    <w:p>
      <w:pPr>
        <w:pStyle w:val="ListBullet"/>
        <w:spacing w:after="80"/>
      </w:pPr>
      <w:r>
        <w:t>God's timing is perfect</w:t>
      </w:r>
    </w:p>
    <w:p>
      <w:pPr>
        <w:spacing w:after="160" w:line="276" w:lineRule="auto"/>
      </w:pPr>
      <w:r>
        <w:t>---</w:t>
      </w:r>
    </w:p>
    <w:p>
      <w:pPr>
        <w:spacing w:before="280" w:after="80"/>
        <w:pBdr>
          <w:bottom w:val="single" w:sz="6" w:space="1" w:color="2F5496"/>
        </w:pBdr>
      </w:pPr>
      <w:r>
        <w:rPr>
          <w:b/>
          <w:color w:val="2F5496"/>
          <w:sz w:val="24"/>
        </w:rPr>
        <w:t>CHAPTER 17: CIRCUMCISION AND THE COVENANT</w:t>
      </w:r>
    </w:p>
    <w:p>
      <w:pPr>
        <w:spacing w:before="280" w:after="80"/>
        <w:pBdr>
          <w:bottom w:val="single" w:sz="6" w:space="1" w:color="2F5496"/>
        </w:pBdr>
      </w:pPr>
      <w:r>
        <w:rPr>
          <w:b/>
          <w:color w:val="2F5496"/>
          <w:sz w:val="24"/>
        </w:rPr>
        <w:t>OVERVIEW</w:t>
      </w:r>
    </w:p>
    <w:p>
      <w:pPr>
        <w:spacing w:after="160" w:line="276" w:lineRule="auto"/>
      </w:pPr>
      <w:r>
        <w:t>God establishes the sign of circumcision and changes names.</w:t>
      </w:r>
    </w:p>
    <w:p>
      <w:pPr>
        <w:spacing w:before="280" w:after="80"/>
        <w:pBdr>
          <w:bottom w:val="single" w:sz="6" w:space="1" w:color="2F5496"/>
        </w:pBdr>
      </w:pPr>
      <w:r>
        <w:rPr>
          <w:b/>
          <w:color w:val="2F5496"/>
          <w:sz w:val="24"/>
        </w:rPr>
        <w:t>KEY THEMES</w:t>
      </w:r>
    </w:p>
    <w:p>
      <w:pPr>
        <w:pStyle w:val="ListBullet"/>
        <w:spacing w:after="80"/>
      </w:pPr>
      <w:r>
        <w:t>**Covenant Sign**: Circumcision as physical mark</w:t>
      </w:r>
    </w:p>
    <w:p>
      <w:pPr>
        <w:pStyle w:val="ListBullet"/>
        <w:spacing w:after="80"/>
      </w:pPr>
      <w:r>
        <w:t>**Name Changes**: Abram to Abraham, Sarai to Sarah</w:t>
      </w:r>
    </w:p>
    <w:p>
      <w:pPr>
        <w:pStyle w:val="ListBullet"/>
        <w:spacing w:after="80"/>
      </w:pPr>
      <w:r>
        <w:t>**Faith**: Abraham believes God's promise of a son</w:t>
      </w:r>
    </w:p>
    <w:p>
      <w:pPr>
        <w:spacing w:before="280" w:after="80"/>
        <w:pBdr>
          <w:bottom w:val="single" w:sz="6" w:space="1" w:color="2F5496"/>
        </w:pBdr>
      </w:pPr>
      <w:r>
        <w:rPr>
          <w:b/>
          <w:color w:val="2F5496"/>
          <w:sz w:val="24"/>
        </w:rPr>
        <w:t>DETAILED BREAKDOWN</w:t>
      </w:r>
    </w:p>
    <w:p>
      <w:pPr>
        <w:pStyle w:val="ListBullet"/>
        <w:spacing w:after="80"/>
      </w:pPr>
      <w:r>
        <w:t>God appears to Abram as Almighty God</w:t>
      </w:r>
    </w:p>
    <w:p>
      <w:pPr>
        <w:pStyle w:val="ListBullet"/>
        <w:spacing w:after="80"/>
      </w:pPr>
      <w:r>
        <w:t>Commands Abram to walk before Him and be blameless</w:t>
      </w:r>
    </w:p>
    <w:p>
      <w:pPr>
        <w:pStyle w:val="ListBullet"/>
        <w:spacing w:after="80"/>
      </w:pPr>
      <w:r>
        <w:t>Establishes covenant of many descendants</w:t>
      </w:r>
    </w:p>
    <w:p>
      <w:pPr>
        <w:pStyle w:val="ListBullet"/>
        <w:spacing w:after="80"/>
      </w:pPr>
      <w:r>
        <w:t>Changes Abram's name to Abraham (father of many)</w:t>
      </w:r>
    </w:p>
    <w:p>
      <w:pPr>
        <w:pStyle w:val="ListBullet"/>
        <w:spacing w:after="80"/>
      </w:pPr>
      <w:r>
        <w:t>Changes Sarai's name to Sarah (princess)</w:t>
      </w:r>
    </w:p>
    <w:p>
      <w:pPr>
        <w:pStyle w:val="ListBullet"/>
        <w:spacing w:after="80"/>
      </w:pPr>
      <w:r>
        <w:t>Promise of son through Sarah</w:t>
      </w:r>
    </w:p>
    <w:p>
      <w:pPr>
        <w:pStyle w:val="ListBullet"/>
        <w:spacing w:after="80"/>
      </w:pPr>
      <w:r>
        <w:t>Instituting circumcision as sign of covenant</w:t>
      </w:r>
    </w:p>
    <w:p>
      <w:pPr>
        <w:pStyle w:val="ListBullet"/>
        <w:spacing w:after="80"/>
      </w:pPr>
      <w:r>
        <w:t>Abraham intercedes for Ishmael</w:t>
      </w:r>
    </w:p>
    <w:p>
      <w:pPr>
        <w:pStyle w:val="ListBullet"/>
        <w:spacing w:after="80"/>
      </w:pPr>
      <w:r>
        <w:t>Abraham circumcises himself and all males in his household</w:t>
      </w:r>
    </w:p>
    <w:p>
      <w:pPr>
        <w:spacing w:before="280" w:after="80"/>
        <w:pBdr>
          <w:bottom w:val="single" w:sz="6" w:space="1" w:color="2F5496"/>
        </w:pBdr>
      </w:pPr>
      <w:r>
        <w:rPr>
          <w:b/>
          <w:color w:val="2F5496"/>
          <w:sz w:val="24"/>
        </w:rPr>
        <w:t>THEOLOGICAL SIGNIFICANCE</w:t>
      </w:r>
    </w:p>
    <w:p>
      <w:pPr>
        <w:pStyle w:val="ListBullet"/>
        <w:spacing w:after="80"/>
      </w:pPr>
      <w:r>
        <w:t>Covenant sign marks belonging to God's people</w:t>
      </w:r>
    </w:p>
    <w:p>
      <w:pPr>
        <w:pStyle w:val="ListBullet"/>
        <w:spacing w:after="80"/>
      </w:pPr>
      <w:r>
        <w:t>God's promises are sure despite human limitations</w:t>
      </w:r>
    </w:p>
    <w:p>
      <w:pPr>
        <w:pStyle w:val="ListBullet"/>
        <w:spacing w:after="80"/>
      </w:pPr>
      <w:r>
        <w:t>Intercessory prayer reflects concern for others</w:t>
      </w:r>
    </w:p>
    <w:p>
      <w:pPr>
        <w:spacing w:after="160" w:line="276" w:lineRule="auto"/>
      </w:pPr>
      <w:r>
        <w:t>---</w:t>
      </w:r>
    </w:p>
    <w:p>
      <w:pPr>
        <w:spacing w:before="280" w:after="80"/>
        <w:pBdr>
          <w:bottom w:val="single" w:sz="6" w:space="1" w:color="2F5496"/>
        </w:pBdr>
      </w:pPr>
      <w:r>
        <w:rPr>
          <w:b/>
          <w:color w:val="2F5496"/>
          <w:sz w:val="24"/>
        </w:rPr>
        <w:t>CHAPTER 18: THE THREE VISITORS</w:t>
      </w:r>
    </w:p>
    <w:p>
      <w:pPr>
        <w:spacing w:before="280" w:after="80"/>
        <w:pBdr>
          <w:bottom w:val="single" w:sz="6" w:space="1" w:color="2F5496"/>
        </w:pBdr>
      </w:pPr>
      <w:r>
        <w:rPr>
          <w:b/>
          <w:color w:val="2F5496"/>
          <w:sz w:val="24"/>
        </w:rPr>
        <w:t>OVERVIEW</w:t>
      </w:r>
    </w:p>
    <w:p>
      <w:pPr>
        <w:spacing w:after="160" w:line="276" w:lineRule="auto"/>
      </w:pPr>
      <w:r>
        <w:t>God appears to Abraham near Mamre, announces Sarah will have a son.</w:t>
      </w:r>
    </w:p>
    <w:p>
      <w:pPr>
        <w:spacing w:before="280" w:after="80"/>
        <w:pBdr>
          <w:bottom w:val="single" w:sz="6" w:space="1" w:color="2F5496"/>
        </w:pBdr>
      </w:pPr>
      <w:r>
        <w:rPr>
          <w:b/>
          <w:color w:val="2F5496"/>
          <w:sz w:val="24"/>
        </w:rPr>
        <w:t>KEY THEMES</w:t>
      </w:r>
    </w:p>
    <w:p>
      <w:pPr>
        <w:pStyle w:val="ListBullet"/>
        <w:spacing w:after="80"/>
      </w:pPr>
      <w:r>
        <w:t>**Hospitality**: Abraham's welcoming of guests</w:t>
      </w:r>
    </w:p>
    <w:p>
      <w:pPr>
        <w:pStyle w:val="ListBullet"/>
        <w:spacing w:after="80"/>
      </w:pPr>
      <w:r>
        <w:t>**Divine Revelation**: God reveals His plans</w:t>
      </w:r>
    </w:p>
    <w:p>
      <w:pPr>
        <w:pStyle w:val="ListBullet"/>
        <w:spacing w:after="80"/>
      </w:pPr>
      <w:r>
        <w:t>**Intercession**: Abraham pleads for Sodom</w:t>
      </w:r>
    </w:p>
    <w:p>
      <w:pPr>
        <w:spacing w:before="280" w:after="80"/>
        <w:pBdr>
          <w:bottom w:val="single" w:sz="6" w:space="1" w:color="2F5496"/>
        </w:pBdr>
      </w:pPr>
      <w:r>
        <w:rPr>
          <w:b/>
          <w:color w:val="2F5496"/>
          <w:sz w:val="24"/>
        </w:rPr>
        <w:t>DETAILED BREAKDOWN</w:t>
      </w:r>
    </w:p>
    <w:p>
      <w:pPr>
        <w:pStyle w:val="ListBullet"/>
        <w:spacing w:after="80"/>
      </w:pPr>
      <w:r>
        <w:t>Three men appear to Abraham</w:t>
      </w:r>
    </w:p>
    <w:p>
      <w:pPr>
        <w:pStyle w:val="ListBullet"/>
        <w:spacing w:after="80"/>
      </w:pPr>
      <w:r>
        <w:t>Abraham bows and offers hospitality</w:t>
      </w:r>
    </w:p>
    <w:p>
      <w:pPr>
        <w:pStyle w:val="ListBullet"/>
        <w:spacing w:after="80"/>
      </w:pPr>
      <w:r>
        <w:t>They announce Sarah will have a son</w:t>
      </w:r>
    </w:p>
    <w:p>
      <w:pPr>
        <w:pStyle w:val="ListBullet"/>
        <w:spacing w:after="80"/>
      </w:pPr>
      <w:r>
        <w:t>Sarah laughs in disbelief</w:t>
      </w:r>
    </w:p>
    <w:p>
      <w:pPr>
        <w:pStyle w:val="ListBullet"/>
        <w:spacing w:after="80"/>
      </w:pPr>
      <w:r>
        <w:t>God questions Sarah's laughter</w:t>
      </w:r>
    </w:p>
    <w:p>
      <w:pPr>
        <w:pStyle w:val="ListBullet"/>
        <w:spacing w:after="80"/>
      </w:pPr>
      <w:r>
        <w:t>Abraham intercedes for Sodom, negotiating down to ten righteous</w:t>
      </w:r>
    </w:p>
    <w:p>
      <w:pPr>
        <w:pStyle w:val="ListBullet"/>
        <w:spacing w:after="80"/>
      </w:pPr>
      <w:r>
        <w:t>God departs; Abraham continues before Him</w:t>
      </w:r>
    </w:p>
    <w:p>
      <w:pPr>
        <w:spacing w:before="280" w:after="80"/>
        <w:pBdr>
          <w:bottom w:val="single" w:sz="6" w:space="1" w:color="2F5496"/>
        </w:pBdr>
      </w:pPr>
      <w:r>
        <w:rPr>
          <w:b/>
          <w:color w:val="2F5496"/>
          <w:sz w:val="24"/>
        </w:rPr>
        <w:t>THEOLOGICAL SIGNIFICANCE</w:t>
      </w:r>
    </w:p>
    <w:p>
      <w:pPr>
        <w:pStyle w:val="ListBullet"/>
        <w:spacing w:after="80"/>
      </w:pPr>
      <w:r>
        <w:t>God enters into human relationships</w:t>
      </w:r>
    </w:p>
    <w:p>
      <w:pPr>
        <w:pStyle w:val="ListBullet"/>
        <w:spacing w:after="80"/>
      </w:pPr>
      <w:r>
        <w:t>Hospitality reflects God's character</w:t>
      </w:r>
    </w:p>
    <w:p>
      <w:pPr>
        <w:pStyle w:val="ListBullet"/>
        <w:spacing w:after="80"/>
      </w:pPr>
      <w:r>
        <w:t>Intercessory prayer reflects concern for the lost</w:t>
      </w:r>
    </w:p>
    <w:p>
      <w:pPr>
        <w:spacing w:after="160" w:line="276" w:lineRule="auto"/>
      </w:pPr>
      <w:r>
        <w:t>---</w:t>
      </w:r>
    </w:p>
    <w:p>
      <w:pPr>
        <w:spacing w:before="280" w:after="80"/>
        <w:pBdr>
          <w:bottom w:val="single" w:sz="6" w:space="1" w:color="2F5496"/>
        </w:pBdr>
      </w:pPr>
      <w:r>
        <w:rPr>
          <w:b/>
          <w:color w:val="2F5496"/>
          <w:sz w:val="24"/>
        </w:rPr>
        <w:t>CHAPTER 19: SODOM AND GOMORRAH</w:t>
      </w:r>
    </w:p>
    <w:p>
      <w:pPr>
        <w:spacing w:before="280" w:after="80"/>
        <w:pBdr>
          <w:bottom w:val="single" w:sz="6" w:space="1" w:color="2F5496"/>
        </w:pBdr>
      </w:pPr>
      <w:r>
        <w:rPr>
          <w:b/>
          <w:color w:val="2F5496"/>
          <w:sz w:val="24"/>
        </w:rPr>
        <w:t>OVERVIEW</w:t>
      </w:r>
    </w:p>
    <w:p>
      <w:pPr>
        <w:spacing w:after="160" w:line="276" w:lineRule="auto"/>
      </w:pPr>
      <w:r>
        <w:t>Lot and his family flee Sodom as fire and brimstone destroy the cities.</w:t>
      </w:r>
    </w:p>
    <w:p>
      <w:pPr>
        <w:spacing w:before="280" w:after="80"/>
        <w:pBdr>
          <w:bottom w:val="single" w:sz="6" w:space="1" w:color="2F5496"/>
        </w:pBdr>
      </w:pPr>
      <w:r>
        <w:rPr>
          <w:b/>
          <w:color w:val="2F5496"/>
          <w:sz w:val="24"/>
        </w:rPr>
        <w:t>KEY THEMES</w:t>
      </w:r>
    </w:p>
    <w:p>
      <w:pPr>
        <w:pStyle w:val="ListBullet"/>
        <w:spacing w:after="80"/>
      </w:pPr>
      <w:r>
        <w:t>**Divine Judgment**: Complete destruction of wickedness</w:t>
      </w:r>
    </w:p>
    <w:p>
      <w:pPr>
        <w:pStyle w:val="ListBullet"/>
        <w:spacing w:after="80"/>
      </w:pPr>
      <w:r>
        <w:t>**Salvation**: Lot and his family rescued</w:t>
      </w:r>
    </w:p>
    <w:p>
      <w:pPr>
        <w:pStyle w:val="ListBullet"/>
        <w:spacing w:after="80"/>
      </w:pPr>
      <w:r>
        <w:t>**Consequences**: Lot's wife looks back and becomes a pillar of salt</w:t>
      </w:r>
    </w:p>
    <w:p>
      <w:pPr>
        <w:spacing w:before="280" w:after="80"/>
        <w:pBdr>
          <w:bottom w:val="single" w:sz="6" w:space="1" w:color="2F5496"/>
        </w:pBdr>
      </w:pPr>
      <w:r>
        <w:rPr>
          <w:b/>
          <w:color w:val="2F5496"/>
          <w:sz w:val="24"/>
        </w:rPr>
        <w:t>DETAILED BREAKDOWN</w:t>
      </w:r>
    </w:p>
    <w:p>
      <w:pPr>
        <w:pStyle w:val="ListBullet"/>
        <w:spacing w:after="80"/>
      </w:pPr>
      <w:r>
        <w:t>Two angels arrive in Sodom</w:t>
      </w:r>
    </w:p>
    <w:p>
      <w:pPr>
        <w:pStyle w:val="ListBullet"/>
        <w:spacing w:after="80"/>
      </w:pPr>
      <w:r>
        <w:t>Lot invites them to his house</w:t>
      </w:r>
    </w:p>
    <w:p>
      <w:pPr>
        <w:pStyle w:val="ListBullet"/>
        <w:spacing w:after="80"/>
      </w:pPr>
      <w:r>
        <w:t>Men of Sodom surround the house, demand Lot's guests</w:t>
      </w:r>
    </w:p>
    <w:p>
      <w:pPr>
        <w:pStyle w:val="ListBullet"/>
        <w:spacing w:after="80"/>
      </w:pPr>
      <w:r>
        <w:t>Angels blind the men</w:t>
      </w:r>
    </w:p>
    <w:p>
      <w:pPr>
        <w:pStyle w:val="ListBullet"/>
        <w:spacing w:after="80"/>
      </w:pPr>
      <w:r>
        <w:t>Lot warns his sons-in-law, they mock</w:t>
      </w:r>
    </w:p>
    <w:p>
      <w:pPr>
        <w:pStyle w:val="ListBullet"/>
        <w:spacing w:after="80"/>
      </w:pPr>
      <w:r>
        <w:t>Angels urge Lot to flee with family</w:t>
      </w:r>
    </w:p>
    <w:p>
      <w:pPr>
        <w:pStyle w:val="ListBullet"/>
        <w:spacing w:after="80"/>
      </w:pPr>
      <w:r>
        <w:t>Lot's wife looks back and becomes a pillar of salt</w:t>
      </w:r>
    </w:p>
    <w:p>
      <w:pPr>
        <w:pStyle w:val="ListBullet"/>
        <w:spacing w:after="80"/>
      </w:pPr>
      <w:r>
        <w:t>Lot and daughters flee to Zoar</w:t>
      </w:r>
    </w:p>
    <w:p>
      <w:pPr>
        <w:pStyle w:val="ListBullet"/>
        <w:spacing w:after="80"/>
      </w:pPr>
      <w:r>
        <w:t>Lot's daughters scheme to preserve lineage</w:t>
      </w:r>
    </w:p>
    <w:p>
      <w:pPr>
        <w:spacing w:before="280" w:after="80"/>
        <w:pBdr>
          <w:bottom w:val="single" w:sz="6" w:space="1" w:color="2F5496"/>
        </w:pBdr>
      </w:pPr>
      <w:r>
        <w:rPr>
          <w:b/>
          <w:color w:val="2F5496"/>
          <w:sz w:val="24"/>
        </w:rPr>
        <w:t>THEOLOGICAL SIGNIFICANCE</w:t>
      </w:r>
    </w:p>
    <w:p>
      <w:pPr>
        <w:pStyle w:val="ListBullet"/>
        <w:spacing w:after="80"/>
      </w:pPr>
      <w:r>
        <w:t>God's judgment is certain for unrepentant sin</w:t>
      </w:r>
    </w:p>
    <w:p>
      <w:pPr>
        <w:pStyle w:val="ListBullet"/>
        <w:spacing w:after="80"/>
      </w:pPr>
      <w:r>
        <w:t>God provides escape for the righteous</w:t>
      </w:r>
    </w:p>
    <w:p>
      <w:pPr>
        <w:pStyle w:val="ListBullet"/>
        <w:spacing w:after="80"/>
      </w:pPr>
      <w:r>
        <w:t>Sin's influence corrupts even those who escape</w:t>
      </w:r>
    </w:p>
    <w:p>
      <w:pPr>
        <w:spacing w:after="160" w:line="276" w:lineRule="auto"/>
      </w:pPr>
      <w:r>
        <w:t>---</w:t>
      </w:r>
    </w:p>
    <w:p>
      <w:pPr>
        <w:spacing w:before="280" w:after="80"/>
        <w:pBdr>
          <w:bottom w:val="single" w:sz="6" w:space="1" w:color="2F5496"/>
        </w:pBdr>
      </w:pPr>
      <w:r>
        <w:rPr>
          <w:b/>
          <w:color w:val="2F5496"/>
          <w:sz w:val="24"/>
        </w:rPr>
        <w:t>CHAPTER 20: ABRAHAM AND ABIMELECH</w:t>
      </w:r>
    </w:p>
    <w:p>
      <w:pPr>
        <w:spacing w:before="280" w:after="80"/>
        <w:pBdr>
          <w:bottom w:val="single" w:sz="6" w:space="1" w:color="2F5496"/>
        </w:pBdr>
      </w:pPr>
      <w:r>
        <w:rPr>
          <w:b/>
          <w:color w:val="2F5496"/>
          <w:sz w:val="24"/>
        </w:rPr>
        <w:t>OVERVIEW</w:t>
      </w:r>
    </w:p>
    <w:p>
      <w:pPr>
        <w:spacing w:after="160" w:line="276" w:lineRule="auto"/>
      </w:pPr>
      <w:r>
        <w:t>Abraham repeats his deception about Sarah in Gerar.</w:t>
      </w:r>
    </w:p>
    <w:p>
      <w:pPr>
        <w:spacing w:before="280" w:after="80"/>
        <w:pBdr>
          <w:bottom w:val="single" w:sz="6" w:space="1" w:color="2F5496"/>
        </w:pBdr>
      </w:pPr>
      <w:r>
        <w:rPr>
          <w:b/>
          <w:color w:val="2F5496"/>
          <w:sz w:val="24"/>
        </w:rPr>
        <w:t>KEY THEMES</w:t>
      </w:r>
    </w:p>
    <w:p>
      <w:pPr>
        <w:pStyle w:val="ListBullet"/>
        <w:spacing w:after="80"/>
      </w:pPr>
      <w:r>
        <w:t>**Deception**: Abraham's fear leads to lying</w:t>
      </w:r>
    </w:p>
    <w:p>
      <w:pPr>
        <w:pStyle w:val="ListBullet"/>
        <w:spacing w:after="80"/>
      </w:pPr>
      <w:r>
        <w:t>**Divine Protection**: God intervenes to protect Sarah</w:t>
      </w:r>
    </w:p>
    <w:p>
      <w:pPr>
        <w:pStyle w:val="ListBullet"/>
        <w:spacing w:after="80"/>
      </w:pPr>
      <w:r>
        <w:t>**Restoration**: Abimelech returns Sarah and blesses Abraham</w:t>
      </w:r>
    </w:p>
    <w:p>
      <w:pPr>
        <w:spacing w:before="280" w:after="80"/>
        <w:pBdr>
          <w:bottom w:val="single" w:sz="6" w:space="1" w:color="2F5496"/>
        </w:pBdr>
      </w:pPr>
      <w:r>
        <w:rPr>
          <w:b/>
          <w:color w:val="2F5496"/>
          <w:sz w:val="24"/>
        </w:rPr>
        <w:t>DETAILED BREAKDOWN</w:t>
      </w:r>
    </w:p>
    <w:p>
      <w:pPr>
        <w:pStyle w:val="ListBullet"/>
        <w:spacing w:after="80"/>
      </w:pPr>
      <w:r>
        <w:t>Abraham goes to Gerar, calls Sarah his sister</w:t>
      </w:r>
    </w:p>
    <w:p>
      <w:pPr>
        <w:pStyle w:val="ListBullet"/>
        <w:spacing w:after="80"/>
      </w:pPr>
      <w:r>
        <w:t>Abimelech takes Sarah</w:t>
      </w:r>
    </w:p>
    <w:p>
      <w:pPr>
        <w:pStyle w:val="ListBullet"/>
        <w:spacing w:after="80"/>
      </w:pPr>
      <w:r>
        <w:t>God appears to Abimelech in a dream</w:t>
      </w:r>
    </w:p>
    <w:p>
      <w:pPr>
        <w:pStyle w:val="ListBullet"/>
        <w:spacing w:after="80"/>
      </w:pPr>
      <w:r>
        <w:t>Abimelech returns Sarah and gives Abraham sheep, oxen, servants</w:t>
      </w:r>
    </w:p>
    <w:p>
      <w:pPr>
        <w:pStyle w:val="ListBullet"/>
        <w:spacing w:after="80"/>
      </w:pPr>
      <w:r>
        <w:t>Abraham prays for Abimelech, and God heals his household</w:t>
      </w:r>
    </w:p>
    <w:p>
      <w:pPr>
        <w:spacing w:before="280" w:after="80"/>
        <w:pBdr>
          <w:bottom w:val="single" w:sz="6" w:space="1" w:color="2F5496"/>
        </w:pBdr>
      </w:pPr>
      <w:r>
        <w:rPr>
          <w:b/>
          <w:color w:val="2F5496"/>
          <w:sz w:val="24"/>
        </w:rPr>
        <w:t>THEOLOGICAL SIGNIFICANCE</w:t>
      </w:r>
    </w:p>
    <w:p>
      <w:pPr>
        <w:pStyle w:val="ListBullet"/>
        <w:spacing w:after="80"/>
      </w:pPr>
      <w:r>
        <w:t>God protects His promises</w:t>
      </w:r>
    </w:p>
    <w:p>
      <w:pPr>
        <w:pStyle w:val="ListBullet"/>
        <w:spacing w:after="80"/>
      </w:pPr>
      <w:r>
        <w:t>Even believers struggle with fear and deception</w:t>
      </w:r>
    </w:p>
    <w:p>
      <w:pPr>
        <w:pStyle w:val="ListBullet"/>
        <w:spacing w:after="80"/>
      </w:pPr>
      <w:r>
        <w:t>God can use non-believers to accomplish His purposes</w:t>
      </w:r>
    </w:p>
    <w:p>
      <w:pPr>
        <w:spacing w:after="160" w:line="276" w:lineRule="auto"/>
      </w:pPr>
      <w:r>
        <w:t>---</w:t>
      </w:r>
    </w:p>
    <w:p>
      <w:pPr>
        <w:spacing w:before="280" w:after="80"/>
        <w:pBdr>
          <w:bottom w:val="single" w:sz="6" w:space="1" w:color="2F5496"/>
        </w:pBdr>
      </w:pPr>
      <w:r>
        <w:rPr>
          <w:b/>
          <w:color w:val="2F5496"/>
          <w:sz w:val="24"/>
        </w:rPr>
        <w:t>CHAPTER 21: ISAAC BORN</w:t>
      </w:r>
    </w:p>
    <w:p>
      <w:pPr>
        <w:spacing w:before="280" w:after="80"/>
        <w:pBdr>
          <w:bottom w:val="single" w:sz="6" w:space="1" w:color="2F5496"/>
        </w:pBdr>
      </w:pPr>
      <w:r>
        <w:rPr>
          <w:b/>
          <w:color w:val="2F5496"/>
          <w:sz w:val="24"/>
        </w:rPr>
        <w:t>OVERVIEW</w:t>
      </w:r>
    </w:p>
    <w:p>
      <w:pPr>
        <w:spacing w:after="160" w:line="276" w:lineRule="auto"/>
      </w:pPr>
      <w:r>
        <w:t>Sarah bears Isaac, and Ishmael is sent away.</w:t>
      </w:r>
    </w:p>
    <w:p>
      <w:pPr>
        <w:spacing w:before="280" w:after="80"/>
        <w:pBdr>
          <w:bottom w:val="single" w:sz="6" w:space="1" w:color="2F5496"/>
        </w:pBdr>
      </w:pPr>
      <w:r>
        <w:rPr>
          <w:b/>
          <w:color w:val="2F5496"/>
          <w:sz w:val="24"/>
        </w:rPr>
        <w:t>KEY THEMES</w:t>
      </w:r>
    </w:p>
    <w:p>
      <w:pPr>
        <w:pStyle w:val="ListBullet"/>
        <w:spacing w:after="80"/>
      </w:pPr>
      <w:r>
        <w:t>**Fulfillment**: God's promise fulfilled</w:t>
      </w:r>
    </w:p>
    <w:p>
      <w:pPr>
        <w:pStyle w:val="ListBullet"/>
        <w:spacing w:after="80"/>
      </w:pPr>
      <w:r>
        <w:t>**Celebration**: Isaac's circumcision and feast</w:t>
      </w:r>
    </w:p>
    <w:p>
      <w:pPr>
        <w:pStyle w:val="ListBullet"/>
        <w:spacing w:after="80"/>
      </w:pPr>
      <w:r>
        <w:t>**Separation**: Ishmael and Hagar sent away</w:t>
      </w:r>
    </w:p>
    <w:p>
      <w:pPr>
        <w:spacing w:before="280" w:after="80"/>
        <w:pBdr>
          <w:bottom w:val="single" w:sz="6" w:space="1" w:color="2F5496"/>
        </w:pBdr>
      </w:pPr>
      <w:r>
        <w:rPr>
          <w:b/>
          <w:color w:val="2F5496"/>
          <w:sz w:val="24"/>
        </w:rPr>
        <w:t>DETAILED BREAKDOWN</w:t>
      </w:r>
    </w:p>
    <w:p>
      <w:pPr>
        <w:pStyle w:val="ListBullet"/>
        <w:spacing w:after="80"/>
      </w:pPr>
      <w:r>
        <w:t>Sarah bears Abraham a son in his old age</w:t>
      </w:r>
    </w:p>
    <w:p>
      <w:pPr>
        <w:pStyle w:val="ListBullet"/>
        <w:spacing w:after="80"/>
      </w:pPr>
      <w:r>
        <w:t>Abraham circumcises Isaac on the eighth day</w:t>
      </w:r>
    </w:p>
    <w:p>
      <w:pPr>
        <w:pStyle w:val="ListBullet"/>
        <w:spacing w:after="80"/>
      </w:pPr>
      <w:r>
        <w:t>Sarah declares "God has brought me laughter"</w:t>
      </w:r>
    </w:p>
    <w:p>
      <w:pPr>
        <w:pStyle w:val="ListBullet"/>
        <w:spacing w:after="80"/>
      </w:pPr>
      <w:r>
        <w:t>Sarah sees Ishmael mocking</w:t>
      </w:r>
    </w:p>
    <w:p>
      <w:pPr>
        <w:pStyle w:val="ListBullet"/>
        <w:spacing w:after="80"/>
      </w:pPr>
      <w:r>
        <w:t>Sarah demands Ishmael and Hagar be sent away</w:t>
      </w:r>
    </w:p>
    <w:p>
      <w:pPr>
        <w:pStyle w:val="ListBullet"/>
        <w:spacing w:after="80"/>
      </w:pPr>
      <w:r>
        <w:t>God confirms Abraham should listen to Sarah</w:t>
      </w:r>
    </w:p>
    <w:p>
      <w:pPr>
        <w:pStyle w:val="ListBullet"/>
        <w:spacing w:after="80"/>
      </w:pPr>
      <w:r>
        <w:t>Hagar and Ishmael wander in the wilderness</w:t>
      </w:r>
    </w:p>
    <w:p>
      <w:pPr>
        <w:pStyle w:val="ListBullet"/>
        <w:spacing w:after="80"/>
      </w:pPr>
      <w:r>
        <w:t>God provides water for them</w:t>
      </w:r>
    </w:p>
    <w:p>
      <w:pPr>
        <w:pStyle w:val="ListBullet"/>
        <w:spacing w:after="80"/>
      </w:pPr>
      <w:r>
        <w:t>Abimelech makes treaty with Abraham</w:t>
      </w:r>
    </w:p>
    <w:p>
      <w:pPr>
        <w:spacing w:before="280" w:after="80"/>
        <w:pBdr>
          <w:bottom w:val="single" w:sz="6" w:space="1" w:color="2F5496"/>
        </w:pBdr>
      </w:pPr>
      <w:r>
        <w:rPr>
          <w:b/>
          <w:color w:val="2F5496"/>
          <w:sz w:val="24"/>
        </w:rPr>
        <w:t>THEOLOGICAL SIGNIFICANCE</w:t>
      </w:r>
    </w:p>
    <w:p>
      <w:pPr>
        <w:pStyle w:val="ListBullet"/>
        <w:spacing w:after="80"/>
      </w:pPr>
      <w:r>
        <w:t>God's promises are fulfilled in His timing</w:t>
      </w:r>
    </w:p>
    <w:p>
      <w:pPr>
        <w:pStyle w:val="ListBullet"/>
        <w:spacing w:after="80"/>
      </w:pPr>
      <w:r>
        <w:t>Laughter transforms from disbelief to joy</w:t>
      </w:r>
    </w:p>
    <w:p>
      <w:pPr>
        <w:pStyle w:val="ListBullet"/>
        <w:spacing w:after="80"/>
      </w:pPr>
      <w:r>
        <w:t>God provides for those who are cast out</w:t>
      </w:r>
    </w:p>
    <w:p>
      <w:pPr>
        <w:spacing w:after="160" w:line="276" w:lineRule="auto"/>
      </w:pPr>
      <w:r>
        <w:t>---</w:t>
      </w:r>
    </w:p>
    <w:p>
      <w:pPr>
        <w:spacing w:before="280" w:after="80"/>
        <w:pBdr>
          <w:bottom w:val="single" w:sz="6" w:space="1" w:color="2F5496"/>
        </w:pBdr>
      </w:pPr>
      <w:r>
        <w:rPr>
          <w:b/>
          <w:color w:val="2F5496"/>
          <w:sz w:val="24"/>
        </w:rPr>
        <w:t>CHAPTER 22: THE SACRIFICE OF ISAAC</w:t>
      </w:r>
    </w:p>
    <w:p>
      <w:pPr>
        <w:spacing w:before="280" w:after="80"/>
        <w:pBdr>
          <w:bottom w:val="single" w:sz="6" w:space="1" w:color="2F5496"/>
        </w:pBdr>
      </w:pPr>
      <w:r>
        <w:rPr>
          <w:b/>
          <w:color w:val="2F5496"/>
          <w:sz w:val="24"/>
        </w:rPr>
        <w:t>OVERVIEW</w:t>
      </w:r>
    </w:p>
    <w:p>
      <w:pPr>
        <w:spacing w:after="160" w:line="276" w:lineRule="auto"/>
      </w:pPr>
      <w:r>
        <w:t>God tests Abraham by asking him to sacrifice Isaac.</w:t>
      </w:r>
    </w:p>
    <w:p>
      <w:pPr>
        <w:spacing w:before="280" w:after="80"/>
        <w:pBdr>
          <w:bottom w:val="single" w:sz="6" w:space="1" w:color="2F5496"/>
        </w:pBdr>
      </w:pPr>
      <w:r>
        <w:rPr>
          <w:b/>
          <w:color w:val="2F5496"/>
          <w:sz w:val="24"/>
        </w:rPr>
        <w:t>KEY THEMES</w:t>
      </w:r>
    </w:p>
    <w:p>
      <w:pPr>
        <w:pStyle w:val="ListBullet"/>
        <w:spacing w:after="80"/>
      </w:pPr>
      <w:r>
        <w:t>**Testing**: God's test of Abraham's faith</w:t>
      </w:r>
    </w:p>
    <w:p>
      <w:pPr>
        <w:pStyle w:val="ListBullet"/>
        <w:spacing w:after="80"/>
      </w:pPr>
      <w:r>
        <w:t>**Obedience**: Abraham's willingness to obey</w:t>
      </w:r>
    </w:p>
    <w:p>
      <w:pPr>
        <w:pStyle w:val="ListBullet"/>
        <w:spacing w:after="80"/>
      </w:pPr>
      <w:r>
        <w:t>**Provision**: God provides the ram</w:t>
      </w:r>
    </w:p>
    <w:p>
      <w:pPr>
        <w:spacing w:before="280" w:after="80"/>
        <w:pBdr>
          <w:bottom w:val="single" w:sz="6" w:space="1" w:color="2F5496"/>
        </w:pBdr>
      </w:pPr>
      <w:r>
        <w:rPr>
          <w:b/>
          <w:color w:val="2F5496"/>
          <w:sz w:val="24"/>
        </w:rPr>
        <w:t>DETAILED BREAKDOWN</w:t>
      </w:r>
    </w:p>
    <w:p>
      <w:pPr>
        <w:pStyle w:val="ListBullet"/>
        <w:spacing w:after="80"/>
      </w:pPr>
      <w:r>
        <w:t>God commands Abraham to sacrifice Isaac</w:t>
      </w:r>
    </w:p>
    <w:p>
      <w:pPr>
        <w:pStyle w:val="ListBullet"/>
        <w:spacing w:after="80"/>
      </w:pPr>
      <w:r>
        <w:t>Abraham rises early and prepares</w:t>
      </w:r>
    </w:p>
    <w:p>
      <w:pPr>
        <w:pStyle w:val="ListBullet"/>
        <w:spacing w:after="80"/>
      </w:pPr>
      <w:r>
        <w:t>On the third day, they reach the place</w:t>
      </w:r>
    </w:p>
    <w:p>
      <w:pPr>
        <w:pStyle w:val="ListBullet"/>
        <w:spacing w:after="80"/>
      </w:pPr>
      <w:r>
        <w:t>Abraham tells servants he and Isaac will return</w:t>
      </w:r>
    </w:p>
    <w:p>
      <w:pPr>
        <w:pStyle w:val="ListBullet"/>
        <w:spacing w:after="80"/>
      </w:pPr>
      <w:r>
        <w:t>Abraham builds altar, binds Isaac</w:t>
      </w:r>
    </w:p>
    <w:p>
      <w:pPr>
        <w:pStyle w:val="ListBullet"/>
        <w:spacing w:after="80"/>
      </w:pPr>
      <w:r>
        <w:t>Angel of the Lord stops Abraham</w:t>
      </w:r>
    </w:p>
    <w:p>
      <w:pPr>
        <w:pStyle w:val="ListBullet"/>
        <w:spacing w:after="80"/>
      </w:pPr>
      <w:r>
        <w:t>Abraham sees ram caught in thicket</w:t>
      </w:r>
    </w:p>
    <w:p>
      <w:pPr>
        <w:pStyle w:val="ListBullet"/>
        <w:spacing w:after="80"/>
      </w:pPr>
      <w:r>
        <w:t>Abraham names the place "The Lord Will Provide"</w:t>
      </w:r>
    </w:p>
    <w:p>
      <w:pPr>
        <w:pStyle w:val="ListBullet"/>
        <w:spacing w:after="80"/>
      </w:pPr>
      <w:r>
        <w:t>Angel confirms blessings and promises</w:t>
      </w:r>
    </w:p>
    <w:p>
      <w:pPr>
        <w:spacing w:before="280" w:after="80"/>
        <w:pBdr>
          <w:bottom w:val="single" w:sz="6" w:space="1" w:color="2F5496"/>
        </w:pBdr>
      </w:pPr>
      <w:r>
        <w:rPr>
          <w:b/>
          <w:color w:val="2F5496"/>
          <w:sz w:val="24"/>
        </w:rPr>
        <w:t>THEOLOGICAL SIGNIFICANCE</w:t>
      </w:r>
    </w:p>
    <w:p>
      <w:pPr>
        <w:pStyle w:val="ListBullet"/>
        <w:spacing w:after="80"/>
      </w:pPr>
      <w:r>
        <w:t>Faith is demonstrated through obedience</w:t>
      </w:r>
    </w:p>
    <w:p>
      <w:pPr>
        <w:pStyle w:val="ListBullet"/>
        <w:spacing w:after="80"/>
      </w:pPr>
      <w:r>
        <w:t>God provides the sacrifice (foreshadows Christ)</w:t>
      </w:r>
    </w:p>
    <w:p>
      <w:pPr>
        <w:pStyle w:val="ListBullet"/>
        <w:spacing w:after="80"/>
      </w:pPr>
      <w:r>
        <w:t>God's promises are secure even when tested</w:t>
      </w:r>
    </w:p>
    <w:p>
      <w:pPr>
        <w:spacing w:after="160" w:line="276" w:lineRule="auto"/>
      </w:pPr>
      <w:r>
        <w:t>---</w:t>
      </w:r>
    </w:p>
    <w:p>
      <w:pPr>
        <w:spacing w:before="280" w:after="80"/>
        <w:pBdr>
          <w:bottom w:val="single" w:sz="6" w:space="1" w:color="2F5496"/>
        </w:pBdr>
      </w:pPr>
      <w:r>
        <w:rPr>
          <w:b/>
          <w:color w:val="2F5496"/>
          <w:sz w:val="24"/>
        </w:rPr>
        <w:t>CHAPTER 23: SARAH'S DEATH</w:t>
      </w:r>
    </w:p>
    <w:p>
      <w:pPr>
        <w:spacing w:before="280" w:after="80"/>
        <w:pBdr>
          <w:bottom w:val="single" w:sz="6" w:space="1" w:color="2F5496"/>
        </w:pBdr>
      </w:pPr>
      <w:r>
        <w:rPr>
          <w:b/>
          <w:color w:val="2F5496"/>
          <w:sz w:val="24"/>
        </w:rPr>
        <w:t>OVERVIEW</w:t>
      </w:r>
    </w:p>
    <w:p>
      <w:pPr>
        <w:spacing w:after="160" w:line="276" w:lineRule="auto"/>
      </w:pPr>
      <w:r>
        <w:t>Sarah dies at 127, Abraham purchases burial ground.</w:t>
      </w:r>
    </w:p>
    <w:p>
      <w:pPr>
        <w:spacing w:before="280" w:after="80"/>
        <w:pBdr>
          <w:bottom w:val="single" w:sz="6" w:space="1" w:color="2F5496"/>
        </w:pBdr>
      </w:pPr>
      <w:r>
        <w:rPr>
          <w:b/>
          <w:color w:val="2F5496"/>
          <w:sz w:val="24"/>
        </w:rPr>
        <w:t>KEY THEMES</w:t>
      </w:r>
    </w:p>
    <w:p>
      <w:pPr>
        <w:pStyle w:val="ListBullet"/>
        <w:spacing w:after="80"/>
      </w:pPr>
      <w:r>
        <w:t>**Mortality**: Death enters the promised family</w:t>
      </w:r>
    </w:p>
    <w:p>
      <w:pPr>
        <w:pStyle w:val="ListBullet"/>
        <w:spacing w:after="80"/>
      </w:pPr>
      <w:r>
        <w:t>**Property**: Abraham owns land in Canaan</w:t>
      </w:r>
    </w:p>
    <w:p>
      <w:pPr>
        <w:pStyle w:val="ListBullet"/>
        <w:spacing w:after="80"/>
      </w:pPr>
      <w:r>
        <w:t>**Honor**: Abraham pays full price for burial</w:t>
      </w:r>
    </w:p>
    <w:p>
      <w:pPr>
        <w:spacing w:before="280" w:after="80"/>
        <w:pBdr>
          <w:bottom w:val="single" w:sz="6" w:space="1" w:color="2F5496"/>
        </w:pBdr>
      </w:pPr>
      <w:r>
        <w:rPr>
          <w:b/>
          <w:color w:val="2F5496"/>
          <w:sz w:val="24"/>
        </w:rPr>
        <w:t>DETAILED BREAKDOWN</w:t>
      </w:r>
    </w:p>
    <w:p>
      <w:pPr>
        <w:pStyle w:val="ListBullet"/>
        <w:spacing w:after="80"/>
      </w:pPr>
      <w:r>
        <w:t>Sarah dies in Kiriath-arba (Hebron)</w:t>
      </w:r>
    </w:p>
    <w:p>
      <w:pPr>
        <w:pStyle w:val="ListBullet"/>
        <w:spacing w:after="80"/>
      </w:pPr>
      <w:r>
        <w:t>Abraham mourns and weeps</w:t>
      </w:r>
    </w:p>
    <w:p>
      <w:pPr>
        <w:pStyle w:val="ListBullet"/>
        <w:spacing w:after="80"/>
      </w:pPr>
      <w:r>
        <w:t>Hittites honor Abraham</w:t>
      </w:r>
    </w:p>
    <w:p>
      <w:pPr>
        <w:pStyle w:val="ListBullet"/>
        <w:spacing w:after="80"/>
      </w:pPr>
      <w:r>
        <w:t>Abraham purchases Machpelah cave from Ephron</w:t>
      </w:r>
    </w:p>
    <w:p>
      <w:pPr>
        <w:pStyle w:val="ListBullet"/>
        <w:spacing w:after="80"/>
      </w:pPr>
      <w:r>
        <w:t>Abraham pays 400 shekels of silver</w:t>
      </w:r>
    </w:p>
    <w:p>
      <w:pPr>
        <w:pStyle w:val="ListBullet"/>
        <w:spacing w:after="80"/>
      </w:pPr>
      <w:r>
        <w:t>Sarah is buried in the cave</w:t>
      </w:r>
    </w:p>
    <w:p>
      <w:pPr>
        <w:spacing w:before="280" w:after="80"/>
        <w:pBdr>
          <w:bottom w:val="single" w:sz="6" w:space="1" w:color="2F5496"/>
        </w:pBdr>
      </w:pPr>
      <w:r>
        <w:rPr>
          <w:b/>
          <w:color w:val="2F5496"/>
          <w:sz w:val="24"/>
        </w:rPr>
        <w:t>THEOLOGICAL SIGNIFICANCE</w:t>
      </w:r>
    </w:p>
    <w:p>
      <w:pPr>
        <w:pStyle w:val="ListBullet"/>
        <w:spacing w:after="80"/>
      </w:pPr>
      <w:r>
        <w:t>Even the promised people experience death</w:t>
      </w:r>
    </w:p>
    <w:p>
      <w:pPr>
        <w:pStyle w:val="ListBullet"/>
        <w:spacing w:after="80"/>
      </w:pPr>
      <w:r>
        <w:t>Ownership of land confirms God's promise</w:t>
      </w:r>
    </w:p>
    <w:p>
      <w:pPr>
        <w:pStyle w:val="ListBullet"/>
        <w:spacing w:after="80"/>
      </w:pPr>
      <w:r>
        <w:t>Honoring the dead reflects respect for life</w:t>
      </w:r>
    </w:p>
    <w:p>
      <w:pPr>
        <w:spacing w:after="160" w:line="276" w:lineRule="auto"/>
      </w:pPr>
      <w:r>
        <w:t>---</w:t>
      </w:r>
    </w:p>
    <w:p>
      <w:pPr>
        <w:spacing w:before="280" w:after="80"/>
        <w:pBdr>
          <w:bottom w:val="single" w:sz="6" w:space="1" w:color="2F5496"/>
        </w:pBdr>
      </w:pPr>
      <w:r>
        <w:rPr>
          <w:b/>
          <w:color w:val="2F5496"/>
          <w:sz w:val="24"/>
        </w:rPr>
        <w:t>CHAPTER 24: REBEKAH BECOMES ISAAC'S WIFE</w:t>
      </w:r>
    </w:p>
    <w:p>
      <w:pPr>
        <w:spacing w:before="280" w:after="80"/>
        <w:pBdr>
          <w:bottom w:val="single" w:sz="6" w:space="1" w:color="2F5496"/>
        </w:pBdr>
      </w:pPr>
      <w:r>
        <w:rPr>
          <w:b/>
          <w:color w:val="2F5496"/>
          <w:sz w:val="24"/>
        </w:rPr>
        <w:t>OVERVIEW</w:t>
      </w:r>
    </w:p>
    <w:p>
      <w:pPr>
        <w:spacing w:after="160" w:line="276" w:lineRule="auto"/>
      </w:pPr>
      <w:r>
        <w:t>Abraham sends servant to find a wife for Isaac from his relatives.</w:t>
      </w:r>
    </w:p>
    <w:p>
      <w:pPr>
        <w:spacing w:before="280" w:after="80"/>
        <w:pBdr>
          <w:bottom w:val="single" w:sz="6" w:space="1" w:color="2F5496"/>
        </w:pBdr>
      </w:pPr>
      <w:r>
        <w:rPr>
          <w:b/>
          <w:color w:val="2F5496"/>
          <w:sz w:val="24"/>
        </w:rPr>
        <w:t>KEY THEMES</w:t>
      </w:r>
    </w:p>
    <w:p>
      <w:pPr>
        <w:pStyle w:val="ListBullet"/>
        <w:spacing w:after="80"/>
      </w:pPr>
      <w:r>
        <w:t>**Providence**: God's guidance in everyday events</w:t>
      </w:r>
    </w:p>
    <w:p>
      <w:pPr>
        <w:pStyle w:val="ListBullet"/>
        <w:spacing w:after="80"/>
      </w:pPr>
      <w:r>
        <w:t>**Faithfulness**: The servant's devotion to Abraham's request</w:t>
      </w:r>
    </w:p>
    <w:p>
      <w:pPr>
        <w:pStyle w:val="ListBullet"/>
        <w:spacing w:after="80"/>
      </w:pPr>
      <w:r>
        <w:t>**Marriage**: God's design for marriage</w:t>
      </w:r>
    </w:p>
    <w:p>
      <w:pPr>
        <w:spacing w:before="280" w:after="80"/>
        <w:pBdr>
          <w:bottom w:val="single" w:sz="6" w:space="1" w:color="2F5496"/>
        </w:pBdr>
      </w:pPr>
      <w:r>
        <w:rPr>
          <w:b/>
          <w:color w:val="2F5496"/>
          <w:sz w:val="24"/>
        </w:rPr>
        <w:t>DETAILED BREAKDOWN</w:t>
      </w:r>
    </w:p>
    <w:p>
      <w:pPr>
        <w:pStyle w:val="ListBullet"/>
        <w:spacing w:after="80"/>
      </w:pPr>
      <w:r>
        <w:t>Abraham makes servant swear to find wife from his family</w:t>
      </w:r>
    </w:p>
    <w:p>
      <w:pPr>
        <w:pStyle w:val="ListBullet"/>
        <w:spacing w:after="80"/>
      </w:pPr>
      <w:r>
        <w:t>Servant prays for guidance at the well</w:t>
      </w:r>
    </w:p>
    <w:p>
      <w:pPr>
        <w:pStyle w:val="ListBullet"/>
        <w:spacing w:after="80"/>
      </w:pPr>
      <w:r>
        <w:t>Rebekah offers water to servant and camels</w:t>
      </w:r>
    </w:p>
    <w:p>
      <w:pPr>
        <w:pStyle w:val="ListBullet"/>
        <w:spacing w:after="80"/>
      </w:pPr>
      <w:r>
        <w:t>Servant gives Rebekah jewelry</w:t>
      </w:r>
    </w:p>
    <w:p>
      <w:pPr>
        <w:pStyle w:val="ListBullet"/>
        <w:spacing w:after="80"/>
      </w:pPr>
      <w:r>
        <w:t>Rebekah's family welcomes the servant</w:t>
      </w:r>
    </w:p>
    <w:p>
      <w:pPr>
        <w:pStyle w:val="ListBullet"/>
        <w:spacing w:after="80"/>
      </w:pPr>
      <w:r>
        <w:t>Rebekah agrees to go with the servant</w:t>
      </w:r>
    </w:p>
    <w:p>
      <w:pPr>
        <w:pStyle w:val="ListBullet"/>
        <w:spacing w:after="80"/>
      </w:pPr>
      <w:r>
        <w:t>Isaac brings Rebekah into his mother's tent</w:t>
      </w:r>
    </w:p>
    <w:p>
      <w:pPr>
        <w:pStyle w:val="ListBullet"/>
        <w:spacing w:after="80"/>
      </w:pPr>
      <w:r>
        <w:t>Isaac is comforted after Sarah's death</w:t>
      </w:r>
    </w:p>
    <w:p>
      <w:pPr>
        <w:spacing w:before="280" w:after="80"/>
        <w:pBdr>
          <w:bottom w:val="single" w:sz="6" w:space="1" w:color="2F5496"/>
        </w:pBdr>
      </w:pPr>
      <w:r>
        <w:rPr>
          <w:b/>
          <w:color w:val="2F5496"/>
          <w:sz w:val="24"/>
        </w:rPr>
        <w:t>THEOLOGICAL SIGNIFICANCE</w:t>
      </w:r>
    </w:p>
    <w:p>
      <w:pPr>
        <w:pStyle w:val="ListBullet"/>
        <w:spacing w:after="80"/>
      </w:pPr>
      <w:r>
        <w:t>God guides those who seek His direction</w:t>
      </w:r>
    </w:p>
    <w:p>
      <w:pPr>
        <w:pStyle w:val="ListBullet"/>
        <w:spacing w:after="80"/>
      </w:pPr>
      <w:r>
        <w:t>Kindness reflects God's character</w:t>
      </w:r>
    </w:p>
    <w:p>
      <w:pPr>
        <w:pStyle w:val="ListBullet"/>
        <w:spacing w:after="80"/>
      </w:pPr>
      <w:r>
        <w:t>Marriage reflects God's design for companionship</w:t>
      </w:r>
    </w:p>
    <w:p>
      <w:pPr>
        <w:spacing w:after="160" w:line="276" w:lineRule="auto"/>
      </w:pPr>
      <w:r>
        <w:t>---</w:t>
      </w:r>
    </w:p>
    <w:p>
      <w:pPr>
        <w:spacing w:before="280" w:after="80"/>
        <w:pBdr>
          <w:bottom w:val="single" w:sz="6" w:space="1" w:color="2F5496"/>
        </w:pBdr>
      </w:pPr>
      <w:r>
        <w:rPr>
          <w:b/>
          <w:color w:val="2F5496"/>
          <w:sz w:val="24"/>
        </w:rPr>
        <w:t>CHAPTER 25: ABRAHAM'S DEATH</w:t>
      </w:r>
    </w:p>
    <w:p>
      <w:pPr>
        <w:spacing w:before="280" w:after="80"/>
        <w:pBdr>
          <w:bottom w:val="single" w:sz="6" w:space="1" w:color="2F5496"/>
        </w:pBdr>
      </w:pPr>
      <w:r>
        <w:rPr>
          <w:b/>
          <w:color w:val="2F5496"/>
          <w:sz w:val="24"/>
        </w:rPr>
        <w:t>OVERVIEW</w:t>
      </w:r>
    </w:p>
    <w:p>
      <w:pPr>
        <w:spacing w:after="160" w:line="276" w:lineRule="auto"/>
      </w:pPr>
      <w:r>
        <w:t>Abraham dies, and Isaac marries Rebekah.</w:t>
      </w:r>
    </w:p>
    <w:p>
      <w:pPr>
        <w:spacing w:before="280" w:after="80"/>
        <w:pBdr>
          <w:bottom w:val="single" w:sz="6" w:space="1" w:color="2F5496"/>
        </w:pBdr>
      </w:pPr>
      <w:r>
        <w:rPr>
          <w:b/>
          <w:color w:val="2F5496"/>
          <w:sz w:val="24"/>
        </w:rPr>
        <w:t>KEY THEMES</w:t>
      </w:r>
    </w:p>
    <w:p>
      <w:pPr>
        <w:pStyle w:val="ListBullet"/>
        <w:spacing w:after="80"/>
      </w:pPr>
      <w:r>
        <w:t>**Completion**: Abraham dies in old age</w:t>
      </w:r>
    </w:p>
    <w:p>
      <w:pPr>
        <w:pStyle w:val="ListBullet"/>
        <w:spacing w:after="80"/>
      </w:pPr>
      <w:r>
        <w:t>**Succession**: Isaac inherits the promise</w:t>
      </w:r>
    </w:p>
    <w:p>
      <w:pPr>
        <w:pStyle w:val="ListBullet"/>
        <w:spacing w:after="80"/>
      </w:pPr>
      <w:r>
        <w:t>**Diversity**: Nations arise from different lines</w:t>
      </w:r>
    </w:p>
    <w:p>
      <w:pPr>
        <w:spacing w:before="280" w:after="80"/>
        <w:pBdr>
          <w:bottom w:val="single" w:sz="6" w:space="1" w:color="2F5496"/>
        </w:pBdr>
      </w:pPr>
      <w:r>
        <w:rPr>
          <w:b/>
          <w:color w:val="2F5496"/>
          <w:sz w:val="24"/>
        </w:rPr>
        <w:t>DETAILED BREAKDOWN</w:t>
      </w:r>
    </w:p>
    <w:p>
      <w:pPr>
        <w:pStyle w:val="ListBullet"/>
        <w:spacing w:after="80"/>
      </w:pPr>
      <w:r>
        <w:t>Abraham takes Keturah as wife</w:t>
      </w:r>
    </w:p>
    <w:p>
      <w:pPr>
        <w:pStyle w:val="ListBullet"/>
        <w:spacing w:after="80"/>
      </w:pPr>
      <w:r>
        <w:t>Abraham has six more sons</w:t>
      </w:r>
    </w:p>
    <w:p>
      <w:pPr>
        <w:pStyle w:val="ListBullet"/>
        <w:spacing w:after="80"/>
      </w:pPr>
      <w:r>
        <w:t>Abraham gives everything to Isaac</w:t>
      </w:r>
    </w:p>
    <w:p>
      <w:pPr>
        <w:pStyle w:val="ListBullet"/>
        <w:spacing w:after="80"/>
      </w:pPr>
      <w:r>
        <w:t>Abraham sends sons of concubines eastward</w:t>
      </w:r>
    </w:p>
    <w:p>
      <w:pPr>
        <w:pStyle w:val="ListBullet"/>
        <w:spacing w:after="80"/>
      </w:pPr>
      <w:r>
        <w:t>Abraham dies at 175, gathered to his people</w:t>
      </w:r>
    </w:p>
    <w:p>
      <w:pPr>
        <w:pStyle w:val="ListBullet"/>
        <w:spacing w:after="80"/>
      </w:pPr>
      <w:r>
        <w:t>Isaac marries Rebekah</w:t>
      </w:r>
    </w:p>
    <w:p>
      <w:pPr>
        <w:pStyle w:val="ListBullet"/>
        <w:spacing w:after="80"/>
      </w:pPr>
      <w:r>
        <w:t>Rebekah bears Esau and Jacob</w:t>
      </w:r>
    </w:p>
    <w:p>
      <w:pPr>
        <w:pStyle w:val="ListBullet"/>
        <w:spacing w:after="80"/>
      </w:pPr>
      <w:r>
        <w:t>Esau sells birthright for stew</w:t>
      </w:r>
    </w:p>
    <w:p>
      <w:pPr>
        <w:spacing w:before="280" w:after="80"/>
        <w:pBdr>
          <w:bottom w:val="single" w:sz="6" w:space="1" w:color="2F5496"/>
        </w:pBdr>
      </w:pPr>
      <w:r>
        <w:rPr>
          <w:b/>
          <w:color w:val="2F5496"/>
          <w:sz w:val="24"/>
        </w:rPr>
        <w:t>THEOLOGICAL SIGNIFICANCE</w:t>
      </w:r>
    </w:p>
    <w:p>
      <w:pPr>
        <w:pStyle w:val="ListBullet"/>
        <w:spacing w:after="80"/>
      </w:pPr>
      <w:r>
        <w:t>God's promises continue through chosen line</w:t>
      </w:r>
    </w:p>
    <w:p>
      <w:pPr>
        <w:pStyle w:val="ListBullet"/>
        <w:spacing w:after="80"/>
      </w:pPr>
      <w:r>
        <w:t>Death is not the end for God's people</w:t>
      </w:r>
    </w:p>
    <w:p>
      <w:pPr>
        <w:pStyle w:val="ListBullet"/>
        <w:spacing w:after="80"/>
      </w:pPr>
      <w:r>
        <w:t>Spiritual choices have lasting consequences</w:t>
      </w:r>
    </w:p>
    <w:p>
      <w:pPr>
        <w:spacing w:after="160" w:line="276" w:lineRule="auto"/>
      </w:pPr>
      <w:r>
        <w:t>---</w:t>
      </w:r>
    </w:p>
    <w:p>
      <w:pPr>
        <w:spacing w:before="280" w:after="80"/>
        <w:pBdr>
          <w:bottom w:val="single" w:sz="6" w:space="1" w:color="2F5496"/>
        </w:pBdr>
      </w:pPr>
      <w:r>
        <w:rPr>
          <w:b/>
          <w:color w:val="2F5496"/>
          <w:sz w:val="24"/>
        </w:rPr>
        <w:t>CHAPTER 26: ISAAC AND REBEKAH</w:t>
      </w:r>
    </w:p>
    <w:p>
      <w:pPr>
        <w:spacing w:before="280" w:after="80"/>
        <w:pBdr>
          <w:bottom w:val="single" w:sz="6" w:space="1" w:color="2F5496"/>
        </w:pBdr>
      </w:pPr>
      <w:r>
        <w:rPr>
          <w:b/>
          <w:color w:val="2F5496"/>
          <w:sz w:val="24"/>
        </w:rPr>
        <w:t>OVERVIEW</w:t>
      </w:r>
    </w:p>
    <w:p>
      <w:pPr>
        <w:spacing w:after="160" w:line="276" w:lineRule="auto"/>
      </w:pPr>
      <w:r>
        <w:t>Isaac repeats Abraham's deception, but God blesses him.</w:t>
      </w:r>
    </w:p>
    <w:p>
      <w:pPr>
        <w:spacing w:before="280" w:after="80"/>
        <w:pBdr>
          <w:bottom w:val="single" w:sz="6" w:space="1" w:color="2F5496"/>
        </w:pBdr>
      </w:pPr>
      <w:r>
        <w:rPr>
          <w:b/>
          <w:color w:val="2F5496"/>
          <w:sz w:val="24"/>
        </w:rPr>
        <w:t>KEY THEMES</w:t>
      </w:r>
    </w:p>
    <w:p>
      <w:pPr>
        <w:pStyle w:val="ListBullet"/>
        <w:spacing w:after="80"/>
      </w:pPr>
      <w:r>
        <w:t>**Blessing**: God blesses Isaac despite his failures</w:t>
      </w:r>
    </w:p>
    <w:p>
      <w:pPr>
        <w:pStyle w:val="ListBullet"/>
        <w:spacing w:after="80"/>
      </w:pPr>
      <w:r>
        <w:t>**Conflict**: Wells and disputes over water</w:t>
      </w:r>
    </w:p>
    <w:p>
      <w:pPr>
        <w:pStyle w:val="ListBullet"/>
        <w:spacing w:after="80"/>
      </w:pPr>
      <w:r>
        <w:t>**Faith**: Isaac plants and reaps a hundredfold</w:t>
      </w:r>
    </w:p>
    <w:p>
      <w:pPr>
        <w:spacing w:before="280" w:after="80"/>
        <w:pBdr>
          <w:bottom w:val="single" w:sz="6" w:space="1" w:color="2F5496"/>
        </w:pBdr>
      </w:pPr>
      <w:r>
        <w:rPr>
          <w:b/>
          <w:color w:val="2F5496"/>
          <w:sz w:val="24"/>
        </w:rPr>
        <w:t>DETAILED BREAKDOWN</w:t>
      </w:r>
    </w:p>
    <w:p>
      <w:pPr>
        <w:pStyle w:val="ListBullet"/>
        <w:spacing w:after="80"/>
      </w:pPr>
      <w:r>
        <w:t>Isaac goes to Gerar, tells people Rebekah is his sister</w:t>
      </w:r>
    </w:p>
    <w:p>
      <w:pPr>
        <w:pStyle w:val="ListBullet"/>
        <w:spacing w:after="80"/>
      </w:pPr>
      <w:r>
        <w:t>Abimelech discovers the truth</w:t>
      </w:r>
    </w:p>
    <w:p>
      <w:pPr>
        <w:pStyle w:val="ListBullet"/>
        <w:spacing w:after="80"/>
      </w:pPr>
      <w:r>
        <w:t>Abimelech commands protection for Isaac's family</w:t>
      </w:r>
    </w:p>
    <w:p>
      <w:pPr>
        <w:pStyle w:val="ListBullet"/>
        <w:spacing w:after="80"/>
      </w:pPr>
      <w:r>
        <w:t>Isaac reopens Abraham's wells</w:t>
      </w:r>
    </w:p>
    <w:p>
      <w:pPr>
        <w:pStyle w:val="ListBullet"/>
        <w:spacing w:after="80"/>
      </w:pPr>
      <w:r>
        <w:t>Philistines fill the wells with earth</w:t>
      </w:r>
    </w:p>
    <w:p>
      <w:pPr>
        <w:pStyle w:val="ListBullet"/>
        <w:spacing w:after="80"/>
      </w:pPr>
      <w:r>
        <w:t>Isaac moves to Beersheba</w:t>
      </w:r>
    </w:p>
    <w:p>
      <w:pPr>
        <w:pStyle w:val="ListBullet"/>
        <w:spacing w:after="80"/>
      </w:pPr>
      <w:r>
        <w:t>God appears to Isaac, confirms promises</w:t>
      </w:r>
    </w:p>
    <w:p>
      <w:pPr>
        <w:pStyle w:val="ListBullet"/>
        <w:spacing w:after="80"/>
      </w:pPr>
      <w:r>
        <w:t>Abimelech makes treaty with Isaac</w:t>
      </w:r>
    </w:p>
    <w:p>
      <w:pPr>
        <w:spacing w:before="280" w:after="80"/>
        <w:pBdr>
          <w:bottom w:val="single" w:sz="6" w:space="1" w:color="2F5496"/>
        </w:pBdr>
      </w:pPr>
      <w:r>
        <w:rPr>
          <w:b/>
          <w:color w:val="2F5496"/>
          <w:sz w:val="24"/>
        </w:rPr>
        <w:t>THEOLOGICAL SIGNIFICANCE</w:t>
      </w:r>
    </w:p>
    <w:p>
      <w:pPr>
        <w:pStyle w:val="ListBullet"/>
        <w:spacing w:after="80"/>
      </w:pPr>
      <w:r>
        <w:t>God's blessings are sure despite human failure</w:t>
      </w:r>
    </w:p>
    <w:p>
      <w:pPr>
        <w:pStyle w:val="ListBullet"/>
        <w:spacing w:after="80"/>
      </w:pPr>
      <w:r>
        <w:t>Peace is worth pursuing</w:t>
      </w:r>
    </w:p>
    <w:p>
      <w:pPr>
        <w:pStyle w:val="ListBullet"/>
        <w:spacing w:after="80"/>
      </w:pPr>
      <w:r>
        <w:t>God's presence brings prosperity</w:t>
      </w:r>
    </w:p>
    <w:p>
      <w:pPr>
        <w:spacing w:after="160" w:line="276" w:lineRule="auto"/>
      </w:pPr>
      <w:r>
        <w:t>---</w:t>
      </w:r>
    </w:p>
    <w:p>
      <w:pPr>
        <w:spacing w:before="280" w:after="80"/>
        <w:pBdr>
          <w:bottom w:val="single" w:sz="6" w:space="1" w:color="2F5496"/>
        </w:pBdr>
      </w:pPr>
      <w:r>
        <w:rPr>
          <w:b/>
          <w:color w:val="2F5496"/>
          <w:sz w:val="24"/>
        </w:rPr>
        <w:t>CHAPTER 27: JACOB DECEIVES ISAAC</w:t>
      </w:r>
    </w:p>
    <w:p>
      <w:pPr>
        <w:spacing w:before="280" w:after="80"/>
        <w:pBdr>
          <w:bottom w:val="single" w:sz="6" w:space="1" w:color="2F5496"/>
        </w:pBdr>
      </w:pPr>
      <w:r>
        <w:rPr>
          <w:b/>
          <w:color w:val="2F5496"/>
          <w:sz w:val="24"/>
        </w:rPr>
        <w:t>OVERVIEW</w:t>
      </w:r>
    </w:p>
    <w:p>
      <w:pPr>
        <w:spacing w:after="160" w:line="276" w:lineRule="auto"/>
      </w:pPr>
      <w:r>
        <w:t>Jacob deceives Isaac to receive the blessing.</w:t>
      </w:r>
    </w:p>
    <w:p>
      <w:pPr>
        <w:spacing w:before="280" w:after="80"/>
        <w:pBdr>
          <w:bottom w:val="single" w:sz="6" w:space="1" w:color="2F5496"/>
        </w:pBdr>
      </w:pPr>
      <w:r>
        <w:rPr>
          <w:b/>
          <w:color w:val="2F5496"/>
          <w:sz w:val="24"/>
        </w:rPr>
        <w:t>KEY THEMES</w:t>
      </w:r>
    </w:p>
    <w:p>
      <w:pPr>
        <w:pStyle w:val="ListBullet"/>
        <w:spacing w:after="80"/>
      </w:pPr>
      <w:r>
        <w:t>**Deception**: Jacob's manipulation</w:t>
      </w:r>
    </w:p>
    <w:p>
      <w:pPr>
        <w:pStyle w:val="ListBullet"/>
        <w:spacing w:after="80"/>
      </w:pPr>
      <w:r>
        <w:t>**Blessing**: Irrevocable nature of blessings</w:t>
      </w:r>
    </w:p>
    <w:p>
      <w:pPr>
        <w:pStyle w:val="ListBullet"/>
        <w:spacing w:after="80"/>
      </w:pPr>
      <w:r>
        <w:t>**Consequences**: Esau's anger, Jacob's flight</w:t>
      </w:r>
    </w:p>
    <w:p>
      <w:pPr>
        <w:spacing w:before="280" w:after="80"/>
        <w:pBdr>
          <w:bottom w:val="single" w:sz="6" w:space="1" w:color="2F5496"/>
        </w:pBdr>
      </w:pPr>
      <w:r>
        <w:rPr>
          <w:b/>
          <w:color w:val="2F5496"/>
          <w:sz w:val="24"/>
        </w:rPr>
        <w:t>DETAILED BREAKDOWN</w:t>
      </w:r>
    </w:p>
    <w:p>
      <w:pPr>
        <w:pStyle w:val="ListBullet"/>
        <w:spacing w:after="80"/>
      </w:pPr>
      <w:r>
        <w:t>Isaac is old and blind</w:t>
      </w:r>
    </w:p>
    <w:p>
      <w:pPr>
        <w:pStyle w:val="ListBullet"/>
        <w:spacing w:after="80"/>
      </w:pPr>
      <w:r>
        <w:t>Isaac asks Esau to hunt and prepare food</w:t>
      </w:r>
    </w:p>
    <w:p>
      <w:pPr>
        <w:pStyle w:val="ListBullet"/>
        <w:spacing w:after="80"/>
      </w:pPr>
      <w:r>
        <w:t>Rebekah instructs Jacob to bring goats for Isaac</w:t>
      </w:r>
    </w:p>
    <w:p>
      <w:pPr>
        <w:pStyle w:val="ListBullet"/>
        <w:spacing w:after="80"/>
      </w:pPr>
      <w:r>
        <w:t>Jacob deceives Isaac and receives the blessing</w:t>
      </w:r>
    </w:p>
    <w:p>
      <w:pPr>
        <w:pStyle w:val="ListBullet"/>
        <w:spacing w:after="80"/>
      </w:pPr>
      <w:r>
        <w:t>Esau returns and discovers the deception</w:t>
      </w:r>
    </w:p>
    <w:p>
      <w:pPr>
        <w:pStyle w:val="ListBullet"/>
        <w:spacing w:after="80"/>
      </w:pPr>
      <w:r>
        <w:t>Esau plans to kill Jacob</w:t>
      </w:r>
    </w:p>
    <w:p>
      <w:pPr>
        <w:pStyle w:val="ListBullet"/>
        <w:spacing w:after="80"/>
      </w:pPr>
      <w:r>
        <w:t>Rebekah sends Jacob to her brother Laban</w:t>
      </w:r>
    </w:p>
    <w:p>
      <w:pPr>
        <w:spacing w:before="280" w:after="80"/>
        <w:pBdr>
          <w:bottom w:val="single" w:sz="6" w:space="1" w:color="2F5496"/>
        </w:pBdr>
      </w:pPr>
      <w:r>
        <w:rPr>
          <w:b/>
          <w:color w:val="2F5496"/>
          <w:sz w:val="24"/>
        </w:rPr>
        <w:t>THEOLOGICAL SIGNIFICANCE</w:t>
      </w:r>
    </w:p>
    <w:p>
      <w:pPr>
        <w:pStyle w:val="ListBullet"/>
        <w:spacing w:after="80"/>
      </w:pPr>
      <w:r>
        <w:t>Blessings have lasting consequences</w:t>
      </w:r>
    </w:p>
    <w:p>
      <w:pPr>
        <w:pStyle w:val="ListBullet"/>
        <w:spacing w:after="80"/>
      </w:pPr>
      <w:r>
        <w:t>Human deception does not thwart God's purposes</w:t>
      </w:r>
    </w:p>
    <w:p>
      <w:pPr>
        <w:pStyle w:val="ListBullet"/>
        <w:spacing w:after="80"/>
      </w:pPr>
      <w:r>
        <w:t>Family conflict has lasting effects</w:t>
      </w:r>
    </w:p>
    <w:p>
      <w:pPr>
        <w:spacing w:after="160" w:line="276" w:lineRule="auto"/>
      </w:pPr>
      <w:r>
        <w:t>---</w:t>
      </w:r>
    </w:p>
    <w:p>
      <w:pPr>
        <w:spacing w:before="280" w:after="80"/>
        <w:pBdr>
          <w:bottom w:val="single" w:sz="6" w:space="1" w:color="2F5496"/>
        </w:pBdr>
      </w:pPr>
      <w:r>
        <w:rPr>
          <w:b/>
          <w:color w:val="2F5496"/>
          <w:sz w:val="24"/>
        </w:rPr>
        <w:t>CHAPTER 28: JACOB'S DREAM</w:t>
      </w:r>
    </w:p>
    <w:p>
      <w:pPr>
        <w:spacing w:before="280" w:after="80"/>
        <w:pBdr>
          <w:bottom w:val="single" w:sz="6" w:space="1" w:color="2F5496"/>
        </w:pBdr>
      </w:pPr>
      <w:r>
        <w:rPr>
          <w:b/>
          <w:color w:val="2F5496"/>
          <w:sz w:val="24"/>
        </w:rPr>
        <w:t>OVERVIEW</w:t>
      </w:r>
    </w:p>
    <w:p>
      <w:pPr>
        <w:spacing w:after="160" w:line="276" w:lineRule="auto"/>
      </w:pPr>
      <w:r>
        <w:t>Jacob dreams of a ladder to heaven at Bethel.</w:t>
      </w:r>
    </w:p>
    <w:p>
      <w:pPr>
        <w:spacing w:before="280" w:after="80"/>
        <w:pBdr>
          <w:bottom w:val="single" w:sz="6" w:space="1" w:color="2F5496"/>
        </w:pBdr>
      </w:pPr>
      <w:r>
        <w:rPr>
          <w:b/>
          <w:color w:val="2F5496"/>
          <w:sz w:val="24"/>
        </w:rPr>
        <w:t>KEY THEMES</w:t>
      </w:r>
    </w:p>
    <w:p>
      <w:pPr>
        <w:pStyle w:val="ListBullet"/>
        <w:spacing w:after="80"/>
      </w:pPr>
      <w:r>
        <w:t>**Divine Encounter**: God appears to Jacob</w:t>
      </w:r>
    </w:p>
    <w:p>
      <w:pPr>
        <w:pStyle w:val="ListBullet"/>
        <w:spacing w:after="80"/>
      </w:pPr>
      <w:r>
        <w:t>**Promises**: Confirmation of covenant</w:t>
      </w:r>
    </w:p>
    <w:p>
      <w:pPr>
        <w:pStyle w:val="ListBullet"/>
        <w:spacing w:after="80"/>
      </w:pPr>
      <w:r>
        <w:t>**Place**: Bethel as house of God</w:t>
      </w:r>
    </w:p>
    <w:p>
      <w:pPr>
        <w:spacing w:before="280" w:after="80"/>
        <w:pBdr>
          <w:bottom w:val="single" w:sz="6" w:space="1" w:color="2F5496"/>
        </w:pBdr>
      </w:pPr>
      <w:r>
        <w:rPr>
          <w:b/>
          <w:color w:val="2F5496"/>
          <w:sz w:val="24"/>
        </w:rPr>
        <w:t>DETAILED BREAKDOWN</w:t>
      </w:r>
    </w:p>
    <w:p>
      <w:pPr>
        <w:pStyle w:val="ListBullet"/>
        <w:spacing w:after="80"/>
      </w:pPr>
      <w:r>
        <w:t>Jacob leaves Beersheba, heads toward Haran</w:t>
      </w:r>
    </w:p>
    <w:p>
      <w:pPr>
        <w:pStyle w:val="ListBullet"/>
        <w:spacing w:after="80"/>
      </w:pPr>
      <w:r>
        <w:t>Jacob sleeps at a place, uses stone for pillow</w:t>
      </w:r>
    </w:p>
    <w:p>
      <w:pPr>
        <w:pStyle w:val="ListBullet"/>
        <w:spacing w:after="80"/>
      </w:pPr>
      <w:r>
        <w:t>Dreams of ladder with angels ascending and descending</w:t>
      </w:r>
    </w:p>
    <w:p>
      <w:pPr>
        <w:pStyle w:val="ListBullet"/>
        <w:spacing w:after="80"/>
      </w:pPr>
      <w:r>
        <w:t>God confirms promises to Abraham and Isaac</w:t>
      </w:r>
    </w:p>
    <w:p>
      <w:pPr>
        <w:pStyle w:val="ListBullet"/>
        <w:spacing w:after="80"/>
      </w:pPr>
      <w:r>
        <w:t>Jacob awakens, calls the place Bethel</w:t>
      </w:r>
    </w:p>
    <w:p>
      <w:pPr>
        <w:pStyle w:val="ListBullet"/>
        <w:spacing w:after="80"/>
      </w:pPr>
      <w:r>
        <w:t>Jacob makes vow: if God is with him, he will return and give tenth</w:t>
      </w:r>
    </w:p>
    <w:p>
      <w:pPr>
        <w:spacing w:before="280" w:after="80"/>
        <w:pBdr>
          <w:bottom w:val="single" w:sz="6" w:space="1" w:color="2F5496"/>
        </w:pBdr>
      </w:pPr>
      <w:r>
        <w:rPr>
          <w:b/>
          <w:color w:val="2F5496"/>
          <w:sz w:val="24"/>
        </w:rPr>
        <w:t>THEOLOGICAL SIGNIFICANCE</w:t>
      </w:r>
    </w:p>
    <w:p>
      <w:pPr>
        <w:pStyle w:val="ListBullet"/>
        <w:spacing w:after="80"/>
      </w:pPr>
      <w:r>
        <w:t>God meets us in our journeys</w:t>
      </w:r>
    </w:p>
    <w:p>
      <w:pPr>
        <w:pStyle w:val="ListBullet"/>
        <w:spacing w:after="80"/>
      </w:pPr>
      <w:r>
        <w:t>Heaven and earth are connected</w:t>
      </w:r>
    </w:p>
    <w:p>
      <w:pPr>
        <w:pStyle w:val="ListBullet"/>
        <w:spacing w:after="80"/>
      </w:pPr>
      <w:r>
        <w:t>Vows reflect commitment to God</w:t>
      </w:r>
    </w:p>
    <w:p>
      <w:pPr>
        <w:spacing w:after="160" w:line="276" w:lineRule="auto"/>
      </w:pPr>
      <w:r>
        <w:t>---</w:t>
      </w:r>
    </w:p>
    <w:p>
      <w:pPr>
        <w:spacing w:before="280" w:after="80"/>
        <w:pBdr>
          <w:bottom w:val="single" w:sz="6" w:space="1" w:color="2F5496"/>
        </w:pBdr>
      </w:pPr>
      <w:r>
        <w:rPr>
          <w:b/>
          <w:color w:val="2F5496"/>
          <w:sz w:val="24"/>
        </w:rPr>
        <w:t>CHAPTER 29: JACOB AND HIS WIVES</w:t>
      </w:r>
    </w:p>
    <w:p>
      <w:pPr>
        <w:spacing w:before="280" w:after="80"/>
        <w:pBdr>
          <w:bottom w:val="single" w:sz="6" w:space="1" w:color="2F5496"/>
        </w:pBdr>
      </w:pPr>
      <w:r>
        <w:rPr>
          <w:b/>
          <w:color w:val="2F5496"/>
          <w:sz w:val="24"/>
        </w:rPr>
        <w:t>OVERVIEW</w:t>
      </w:r>
    </w:p>
    <w:p>
      <w:pPr>
        <w:spacing w:after="160" w:line="276" w:lineRule="auto"/>
      </w:pPr>
      <w:r>
        <w:t>Jacob serves Laban and marries Leah and Rachel.</w:t>
      </w:r>
    </w:p>
    <w:p>
      <w:pPr>
        <w:spacing w:before="280" w:after="80"/>
        <w:pBdr>
          <w:bottom w:val="single" w:sz="6" w:space="1" w:color="2F5496"/>
        </w:pBdr>
      </w:pPr>
      <w:r>
        <w:rPr>
          <w:b/>
          <w:color w:val="2F5496"/>
          <w:sz w:val="24"/>
        </w:rPr>
        <w:t>KEY THEMES</w:t>
      </w:r>
    </w:p>
    <w:p>
      <w:pPr>
        <w:pStyle w:val="ListBullet"/>
        <w:spacing w:after="80"/>
      </w:pPr>
      <w:r>
        <w:t>**Deception**: Laban deceives Jacob</w:t>
      </w:r>
    </w:p>
    <w:p>
      <w:pPr>
        <w:pStyle w:val="ListBullet"/>
        <w:spacing w:after="80"/>
      </w:pPr>
      <w:r>
        <w:t>**Love**: Jacob's love for Rachel</w:t>
      </w:r>
    </w:p>
    <w:p>
      <w:pPr>
        <w:pStyle w:val="ListBullet"/>
        <w:spacing w:after="80"/>
      </w:pPr>
      <w:r>
        <w:t>**Competition**: Wives compete for Jacob's affection</w:t>
      </w:r>
    </w:p>
    <w:p>
      <w:pPr>
        <w:spacing w:before="280" w:after="80"/>
        <w:pBdr>
          <w:bottom w:val="single" w:sz="6" w:space="1" w:color="2F5496"/>
        </w:pBdr>
      </w:pPr>
      <w:r>
        <w:rPr>
          <w:b/>
          <w:color w:val="2F5496"/>
          <w:sz w:val="24"/>
        </w:rPr>
        <w:t>DETAILED BREAKDOWN</w:t>
      </w:r>
    </w:p>
    <w:p>
      <w:pPr>
        <w:pStyle w:val="ListBullet"/>
        <w:spacing w:after="80"/>
      </w:pPr>
      <w:r>
        <w:t>Jacob meets Rachel at the well</w:t>
      </w:r>
    </w:p>
    <w:p>
      <w:pPr>
        <w:pStyle w:val="ListBullet"/>
        <w:spacing w:after="80"/>
      </w:pPr>
      <w:r>
        <w:t>Jacob rolls stone from well, waters flock</w:t>
      </w:r>
    </w:p>
    <w:p>
      <w:pPr>
        <w:pStyle w:val="ListBullet"/>
        <w:spacing w:after="80"/>
      </w:pPr>
      <w:r>
        <w:t>Jacob kisses Rachel and weeps</w:t>
      </w:r>
    </w:p>
    <w:p>
      <w:pPr>
        <w:pStyle w:val="ListBullet"/>
        <w:spacing w:after="80"/>
      </w:pPr>
      <w:r>
        <w:t>Jacob agrees to serve seven years for Rachel</w:t>
      </w:r>
    </w:p>
    <w:p>
      <w:pPr>
        <w:pStyle w:val="ListBullet"/>
        <w:spacing w:after="80"/>
      </w:pPr>
      <w:r>
        <w:t>Laban deceives Jacob, gives Leah first</w:t>
      </w:r>
    </w:p>
    <w:p>
      <w:pPr>
        <w:pStyle w:val="ListBullet"/>
        <w:spacing w:after="80"/>
      </w:pPr>
      <w:r>
        <w:t>Jacob serves another seven years for Rachel</w:t>
      </w:r>
    </w:p>
    <w:p>
      <w:pPr>
        <w:pStyle w:val="ListBullet"/>
        <w:spacing w:after="80"/>
      </w:pPr>
      <w:r>
        <w:t>Leah bears sons: Reuben, Simeon, Levi, Judah</w:t>
      </w:r>
    </w:p>
    <w:p>
      <w:pPr>
        <w:pStyle w:val="ListBullet"/>
        <w:spacing w:after="80"/>
      </w:pPr>
      <w:r>
        <w:t>Rachel is barren</w:t>
      </w:r>
    </w:p>
    <w:p>
      <w:pPr>
        <w:spacing w:before="280" w:after="80"/>
        <w:pBdr>
          <w:bottom w:val="single" w:sz="6" w:space="1" w:color="2F5496"/>
        </w:pBdr>
      </w:pPr>
      <w:r>
        <w:rPr>
          <w:b/>
          <w:color w:val="2F5496"/>
          <w:sz w:val="24"/>
        </w:rPr>
        <w:t>THEOLOGICAL SIGNIFICANCE</w:t>
      </w:r>
    </w:p>
    <w:p>
      <w:pPr>
        <w:pStyle w:val="ListBullet"/>
        <w:spacing w:after="80"/>
      </w:pPr>
      <w:r>
        <w:t>God sees the unloved (Leah)</w:t>
      </w:r>
    </w:p>
    <w:p>
      <w:pPr>
        <w:pStyle w:val="ListBullet"/>
        <w:spacing w:after="80"/>
      </w:pPr>
      <w:r>
        <w:t>Human schemes often backfire</w:t>
      </w:r>
    </w:p>
    <w:p>
      <w:pPr>
        <w:pStyle w:val="ListBullet"/>
        <w:spacing w:after="80"/>
      </w:pPr>
      <w:r>
        <w:t>God opens the womb when humans cannot</w:t>
      </w:r>
    </w:p>
    <w:p>
      <w:pPr>
        <w:spacing w:after="160" w:line="276" w:lineRule="auto"/>
      </w:pPr>
      <w:r>
        <w:t>---</w:t>
      </w:r>
    </w:p>
    <w:p>
      <w:pPr>
        <w:spacing w:before="280" w:after="80"/>
        <w:pBdr>
          <w:bottom w:val="single" w:sz="6" w:space="1" w:color="2F5496"/>
        </w:pBdr>
      </w:pPr>
      <w:r>
        <w:rPr>
          <w:b/>
          <w:color w:val="2F5496"/>
          <w:sz w:val="24"/>
        </w:rPr>
        <w:t>CHAPTER 30: RACHEL AND LEAH'S COMPETITION</w:t>
      </w:r>
    </w:p>
    <w:p>
      <w:pPr>
        <w:spacing w:before="280" w:after="80"/>
        <w:pBdr>
          <w:bottom w:val="single" w:sz="6" w:space="1" w:color="2F5496"/>
        </w:pBdr>
      </w:pPr>
      <w:r>
        <w:rPr>
          <w:b/>
          <w:color w:val="2F5496"/>
          <w:sz w:val="24"/>
        </w:rPr>
        <w:t>OVERVIEW</w:t>
      </w:r>
    </w:p>
    <w:p>
      <w:pPr>
        <w:spacing w:after="160" w:line="276" w:lineRule="auto"/>
      </w:pPr>
      <w:r>
        <w:t>Leah and Rachel compete through servants to bear children.</w:t>
      </w:r>
    </w:p>
    <w:p>
      <w:pPr>
        <w:spacing w:before="280" w:after="80"/>
        <w:pBdr>
          <w:bottom w:val="single" w:sz="6" w:space="1" w:color="2F5496"/>
        </w:pBdr>
      </w:pPr>
      <w:r>
        <w:rPr>
          <w:b/>
          <w:color w:val="2F5496"/>
          <w:sz w:val="24"/>
        </w:rPr>
        <w:t>KEY THEMES</w:t>
      </w:r>
    </w:p>
    <w:p>
      <w:pPr>
        <w:pStyle w:val="ListBullet"/>
        <w:spacing w:after="80"/>
      </w:pPr>
      <w:r>
        <w:t>**Competition**: Wives vie for Jacob's affection</w:t>
      </w:r>
    </w:p>
    <w:p>
      <w:pPr>
        <w:pStyle w:val="ListBullet"/>
        <w:spacing w:after="80"/>
      </w:pPr>
      <w:r>
        <w:t>**God's Sovereignty**: God opens and closes wombs</w:t>
      </w:r>
    </w:p>
    <w:p>
      <w:pPr>
        <w:pStyle w:val="ListBullet"/>
        <w:spacing w:after="80"/>
      </w:pPr>
      <w:r>
        <w:t>**Worship**: Names reflect circumstances and worship</w:t>
      </w:r>
    </w:p>
    <w:p>
      <w:pPr>
        <w:spacing w:before="280" w:after="80"/>
        <w:pBdr>
          <w:bottom w:val="single" w:sz="6" w:space="1" w:color="2F5496"/>
        </w:pBdr>
      </w:pPr>
      <w:r>
        <w:rPr>
          <w:b/>
          <w:color w:val="2F5496"/>
          <w:sz w:val="24"/>
        </w:rPr>
        <w:t>DETAILED BREAKDOWN</w:t>
      </w:r>
    </w:p>
    <w:p>
      <w:pPr>
        <w:pStyle w:val="ListBullet"/>
        <w:spacing w:after="80"/>
      </w:pPr>
      <w:r>
        <w:t>Rachel gives Jacob her servant Bilhah</w:t>
      </w:r>
    </w:p>
    <w:p>
      <w:pPr>
        <w:pStyle w:val="ListBullet"/>
        <w:spacing w:after="80"/>
      </w:pPr>
      <w:r>
        <w:t>Bilhah bears Dan and Naphtali</w:t>
      </w:r>
    </w:p>
    <w:p>
      <w:pPr>
        <w:pStyle w:val="ListBullet"/>
        <w:spacing w:after="80"/>
      </w:pPr>
      <w:r>
        <w:t>Leah gives Jacob her servant Zilpah</w:t>
      </w:r>
    </w:p>
    <w:p>
      <w:pPr>
        <w:pStyle w:val="ListBullet"/>
        <w:spacing w:after="80"/>
      </w:pPr>
      <w:r>
        <w:t>Zilpah bears Gad and Asher</w:t>
      </w:r>
    </w:p>
    <w:p>
      <w:pPr>
        <w:pStyle w:val="ListBullet"/>
        <w:spacing w:after="80"/>
      </w:pPr>
      <w:r>
        <w:t>Leah bears Issachar and Zebulun</w:t>
      </w:r>
    </w:p>
    <w:p>
      <w:pPr>
        <w:pStyle w:val="ListBullet"/>
        <w:spacing w:after="80"/>
      </w:pPr>
      <w:r>
        <w:t>Leah bears Dinah</w:t>
      </w:r>
    </w:p>
    <w:p>
      <w:pPr>
        <w:pStyle w:val="ListBullet"/>
        <w:spacing w:after="80"/>
      </w:pPr>
      <w:r>
        <w:t>God remembers Rachel, opens her womb</w:t>
      </w:r>
    </w:p>
    <w:p>
      <w:pPr>
        <w:pStyle w:val="ListBullet"/>
        <w:spacing w:after="80"/>
      </w:pPr>
      <w:r>
        <w:t>Rachel bears Joseph</w:t>
      </w:r>
    </w:p>
    <w:p>
      <w:pPr>
        <w:pStyle w:val="ListBullet"/>
        <w:spacing w:after="80"/>
      </w:pPr>
      <w:r>
        <w:t>Jacob negotiates wages with Laban</w:t>
      </w:r>
    </w:p>
    <w:p>
      <w:pPr>
        <w:spacing w:before="280" w:after="80"/>
        <w:pBdr>
          <w:bottom w:val="single" w:sz="6" w:space="1" w:color="2F5496"/>
        </w:pBdr>
      </w:pPr>
      <w:r>
        <w:rPr>
          <w:b/>
          <w:color w:val="2F5496"/>
          <w:sz w:val="24"/>
        </w:rPr>
        <w:t>THEOLOGICAL SIGNIFICANCE</w:t>
      </w:r>
    </w:p>
    <w:p>
      <w:pPr>
        <w:pStyle w:val="ListBullet"/>
        <w:spacing w:after="80"/>
      </w:pPr>
      <w:r>
        <w:t>God is sovereign over fertility</w:t>
      </w:r>
    </w:p>
    <w:p>
      <w:pPr>
        <w:pStyle w:val="ListBullet"/>
        <w:spacing w:after="80"/>
      </w:pPr>
      <w:r>
        <w:t>Worship emerges from circumstances</w:t>
      </w:r>
    </w:p>
    <w:p>
      <w:pPr>
        <w:pStyle w:val="ListBullet"/>
        <w:spacing w:after="80"/>
      </w:pPr>
      <w:r>
        <w:t>God's timing is perfect</w:t>
      </w:r>
    </w:p>
    <w:p>
      <w:pPr>
        <w:spacing w:after="160" w:line="276" w:lineRule="auto"/>
      </w:pPr>
      <w:r>
        <w:t>---</w:t>
      </w:r>
    </w:p>
    <w:p>
      <w:pPr>
        <w:spacing w:before="280" w:after="80"/>
        <w:pBdr>
          <w:bottom w:val="single" w:sz="6" w:space="1" w:color="2F5496"/>
        </w:pBdr>
      </w:pPr>
      <w:r>
        <w:rPr>
          <w:b/>
          <w:color w:val="2F5496"/>
          <w:sz w:val="24"/>
        </w:rPr>
        <w:t>CHAPTER 31: JACOB FLEES LABAN</w:t>
      </w:r>
    </w:p>
    <w:p>
      <w:pPr>
        <w:spacing w:before="280" w:after="80"/>
        <w:pBdr>
          <w:bottom w:val="single" w:sz="6" w:space="1" w:color="2F5496"/>
        </w:pBdr>
      </w:pPr>
      <w:r>
        <w:rPr>
          <w:b/>
          <w:color w:val="2F5496"/>
          <w:sz w:val="24"/>
        </w:rPr>
        <w:t>OVERVIEW</w:t>
      </w:r>
    </w:p>
    <w:p>
      <w:pPr>
        <w:spacing w:after="160" w:line="276" w:lineRule="auto"/>
      </w:pPr>
      <w:r>
        <w:t>Jacob flees Laban with his family and possessions.</w:t>
      </w:r>
    </w:p>
    <w:p>
      <w:pPr>
        <w:spacing w:before="280" w:after="80"/>
        <w:pBdr>
          <w:bottom w:val="single" w:sz="6" w:space="1" w:color="2F5496"/>
        </w:pBdr>
      </w:pPr>
      <w:r>
        <w:rPr>
          <w:b/>
          <w:color w:val="2F5496"/>
          <w:sz w:val="24"/>
        </w:rPr>
        <w:t>KEY THEMES</w:t>
      </w:r>
    </w:p>
    <w:p>
      <w:pPr>
        <w:pStyle w:val="ListBullet"/>
        <w:spacing w:after="80"/>
      </w:pPr>
      <w:r>
        <w:t>**Divine Guidance**: God commands Jacob to return</w:t>
      </w:r>
    </w:p>
    <w:p>
      <w:pPr>
        <w:pStyle w:val="ListBullet"/>
        <w:spacing w:after="80"/>
      </w:pPr>
      <w:r>
        <w:t>**Deception**: Rachel steals Laban's household gods</w:t>
      </w:r>
    </w:p>
    <w:p>
      <w:pPr>
        <w:pStyle w:val="ListBullet"/>
        <w:spacing w:after="80"/>
      </w:pPr>
      <w:r>
        <w:t>**Covenant**: Jacob and Laban make a covenant</w:t>
      </w:r>
    </w:p>
    <w:p>
      <w:pPr>
        <w:spacing w:before="280" w:after="80"/>
        <w:pBdr>
          <w:bottom w:val="single" w:sz="6" w:space="1" w:color="2F5496"/>
        </w:pBdr>
      </w:pPr>
      <w:r>
        <w:rPr>
          <w:b/>
          <w:color w:val="2F5496"/>
          <w:sz w:val="24"/>
        </w:rPr>
        <w:t>DETAILED BREAKDOWN</w:t>
      </w:r>
    </w:p>
    <w:p>
      <w:pPr>
        <w:pStyle w:val="ListBullet"/>
        <w:spacing w:after="80"/>
      </w:pPr>
      <w:r>
        <w:t>Jacob hears Laban's sons complain</w:t>
      </w:r>
    </w:p>
    <w:p>
      <w:pPr>
        <w:pStyle w:val="ListBullet"/>
        <w:spacing w:after="80"/>
      </w:pPr>
      <w:r>
        <w:t>God commands Jacob to return to Canaan</w:t>
      </w:r>
    </w:p>
    <w:p>
      <w:pPr>
        <w:pStyle w:val="ListBullet"/>
        <w:spacing w:after="80"/>
      </w:pPr>
      <w:r>
        <w:t>Jacob flees with all he has</w:t>
      </w:r>
    </w:p>
    <w:p>
      <w:pPr>
        <w:pStyle w:val="ListBullet"/>
        <w:spacing w:after="80"/>
      </w:pPr>
      <w:r>
        <w:t>Laban pursues and confronts Jacob</w:t>
      </w:r>
    </w:p>
    <w:p>
      <w:pPr>
        <w:pStyle w:val="ListBullet"/>
        <w:spacing w:after="80"/>
      </w:pPr>
      <w:r>
        <w:t>Rachel steals Laban's household gods</w:t>
      </w:r>
    </w:p>
    <w:p>
      <w:pPr>
        <w:pStyle w:val="ListBullet"/>
        <w:spacing w:after="80"/>
      </w:pPr>
      <w:r>
        <w:t>Laban and Jacob make covenant at Mizpah</w:t>
      </w:r>
    </w:p>
    <w:p>
      <w:pPr>
        <w:pStyle w:val="ListBullet"/>
        <w:spacing w:after="80"/>
      </w:pPr>
      <w:r>
        <w:t>Jacob builds altar, calls it El-Elohe-Israel</w:t>
      </w:r>
    </w:p>
    <w:p>
      <w:pPr>
        <w:spacing w:before="280" w:after="80"/>
        <w:pBdr>
          <w:bottom w:val="single" w:sz="6" w:space="1" w:color="2F5496"/>
        </w:pBdr>
      </w:pPr>
      <w:r>
        <w:rPr>
          <w:b/>
          <w:color w:val="2F5496"/>
          <w:sz w:val="24"/>
        </w:rPr>
        <w:t>THEOLOGICAL SIGNIFICANCE</w:t>
      </w:r>
    </w:p>
    <w:p>
      <w:pPr>
        <w:pStyle w:val="ListBullet"/>
        <w:spacing w:after="80"/>
      </w:pPr>
      <w:r>
        <w:t>God guides His people in their journeys</w:t>
      </w:r>
    </w:p>
    <w:p>
      <w:pPr>
        <w:pStyle w:val="ListBullet"/>
        <w:spacing w:after="80"/>
      </w:pPr>
      <w:r>
        <w:t>Idols must be removed from our lives</w:t>
      </w:r>
    </w:p>
    <w:p>
      <w:pPr>
        <w:pStyle w:val="ListBullet"/>
        <w:spacing w:after="80"/>
      </w:pPr>
      <w:r>
        <w:t>Covenant relationships reflect God's covenant with us</w:t>
      </w:r>
    </w:p>
    <w:p>
      <w:pPr>
        <w:spacing w:after="160" w:line="276" w:lineRule="auto"/>
      </w:pPr>
      <w:r>
        <w:t>---</w:t>
      </w:r>
    </w:p>
    <w:p>
      <w:pPr>
        <w:spacing w:before="280" w:after="80"/>
        <w:pBdr>
          <w:bottom w:val="single" w:sz="6" w:space="1" w:color="2F5496"/>
        </w:pBdr>
      </w:pPr>
      <w:r>
        <w:rPr>
          <w:b/>
          <w:color w:val="2F5496"/>
          <w:sz w:val="24"/>
        </w:rPr>
        <w:t>CHAPTER 32: JACOB WRESTLES WITH GOD</w:t>
      </w:r>
    </w:p>
    <w:p>
      <w:pPr>
        <w:spacing w:before="280" w:after="80"/>
        <w:pBdr>
          <w:bottom w:val="single" w:sz="6" w:space="1" w:color="2F5496"/>
        </w:pBdr>
      </w:pPr>
      <w:r>
        <w:rPr>
          <w:b/>
          <w:color w:val="2F5496"/>
          <w:sz w:val="24"/>
        </w:rPr>
        <w:t>OVERVIEW</w:t>
      </w:r>
    </w:p>
    <w:p>
      <w:pPr>
        <w:spacing w:after="160" w:line="276" w:lineRule="auto"/>
      </w:pPr>
      <w:r>
        <w:t>Jacob wrestles with a divine being and is renamed Israel.</w:t>
      </w:r>
    </w:p>
    <w:p>
      <w:pPr>
        <w:spacing w:before="280" w:after="80"/>
        <w:pBdr>
          <w:bottom w:val="single" w:sz="6" w:space="1" w:color="2F5496"/>
        </w:pBdr>
      </w:pPr>
      <w:r>
        <w:rPr>
          <w:b/>
          <w:color w:val="2F5496"/>
          <w:sz w:val="24"/>
        </w:rPr>
        <w:t>KEY THEMES</w:t>
      </w:r>
    </w:p>
    <w:p>
      <w:pPr>
        <w:pStyle w:val="ListBullet"/>
        <w:spacing w:after="80"/>
      </w:pPr>
      <w:r>
        <w:t>**Struggle**: Jacob's physical and spiritual struggle</w:t>
      </w:r>
    </w:p>
    <w:p>
      <w:pPr>
        <w:pStyle w:val="ListBullet"/>
        <w:spacing w:after="80"/>
      </w:pPr>
      <w:r>
        <w:t>**Blessing**: Jacob receives a new name and blessing</w:t>
      </w:r>
    </w:p>
    <w:p>
      <w:pPr>
        <w:pStyle w:val="ListBullet"/>
        <w:spacing w:after="80"/>
      </w:pPr>
      <w:r>
        <w:t>**Transformation**: Jacob's limp reflects his transformation</w:t>
      </w:r>
    </w:p>
    <w:p>
      <w:pPr>
        <w:spacing w:before="280" w:after="80"/>
        <w:pBdr>
          <w:bottom w:val="single" w:sz="6" w:space="1" w:color="2F5496"/>
        </w:pBdr>
      </w:pPr>
      <w:r>
        <w:rPr>
          <w:b/>
          <w:color w:val="2F5496"/>
          <w:sz w:val="24"/>
        </w:rPr>
        <w:t>DETAILED BREAKDOWN</w:t>
      </w:r>
    </w:p>
    <w:p>
      <w:pPr>
        <w:pStyle w:val="ListBullet"/>
        <w:spacing w:after="80"/>
      </w:pPr>
      <w:r>
        <w:t>Jacob sends messengers to Esau</w:t>
      </w:r>
    </w:p>
    <w:p>
      <w:pPr>
        <w:pStyle w:val="ListBullet"/>
        <w:spacing w:after="80"/>
      </w:pPr>
      <w:r>
        <w:t>Jacob prepares for potential conflict</w:t>
      </w:r>
    </w:p>
    <w:p>
      <w:pPr>
        <w:pStyle w:val="ListBullet"/>
        <w:spacing w:after="80"/>
      </w:pPr>
      <w:r>
        <w:t>Jacob sends family and possessions across Jabbok</w:t>
      </w:r>
    </w:p>
    <w:p>
      <w:pPr>
        <w:pStyle w:val="ListBullet"/>
        <w:spacing w:after="80"/>
      </w:pPr>
      <w:r>
        <w:t>Jacob wrestles with a man until daybreak</w:t>
      </w:r>
    </w:p>
    <w:p>
      <w:pPr>
        <w:pStyle w:val="ListBullet"/>
        <w:spacing w:after="80"/>
      </w:pPr>
      <w:r>
        <w:t>The man touches Jacob's hip, dislocates it</w:t>
      </w:r>
    </w:p>
    <w:p>
      <w:pPr>
        <w:pStyle w:val="ListBullet"/>
        <w:spacing w:after="80"/>
      </w:pPr>
      <w:r>
        <w:t>The man blesses Jacob, changes his name to Israel</w:t>
      </w:r>
    </w:p>
    <w:p>
      <w:pPr>
        <w:pStyle w:val="ListBullet"/>
        <w:spacing w:after="80"/>
      </w:pPr>
      <w:r>
        <w:t>Jacob names the place Peniel (face of God)</w:t>
      </w:r>
    </w:p>
    <w:p>
      <w:pPr>
        <w:pStyle w:val="ListBullet"/>
        <w:spacing w:after="80"/>
      </w:pPr>
      <w:r>
        <w:t>Jacob sees Esau, bows seven times</w:t>
      </w:r>
    </w:p>
    <w:p>
      <w:pPr>
        <w:pStyle w:val="ListBullet"/>
        <w:spacing w:after="80"/>
      </w:pPr>
      <w:r>
        <w:t>Esau embraces Jacob</w:t>
      </w:r>
    </w:p>
    <w:p>
      <w:pPr>
        <w:spacing w:before="280" w:after="80"/>
        <w:pBdr>
          <w:bottom w:val="single" w:sz="6" w:space="1" w:color="2F5496"/>
        </w:pBdr>
      </w:pPr>
      <w:r>
        <w:rPr>
          <w:b/>
          <w:color w:val="2F5496"/>
          <w:sz w:val="24"/>
        </w:rPr>
        <w:t>THEOLOGICAL SIGNIFICANCE</w:t>
      </w:r>
    </w:p>
    <w:p>
      <w:pPr>
        <w:pStyle w:val="ListBullet"/>
        <w:spacing w:after="80"/>
      </w:pPr>
      <w:r>
        <w:t>We must struggle with God to receive blessing</w:t>
      </w:r>
    </w:p>
    <w:p>
      <w:pPr>
        <w:pStyle w:val="ListBullet"/>
        <w:spacing w:after="80"/>
      </w:pPr>
      <w:r>
        <w:t>Our names reflect our identity in God</w:t>
      </w:r>
    </w:p>
    <w:p>
      <w:pPr>
        <w:pStyle w:val="ListBullet"/>
        <w:spacing w:after="80"/>
      </w:pPr>
      <w:r>
        <w:t>God transforms our weaknesses</w:t>
      </w:r>
    </w:p>
    <w:p>
      <w:pPr>
        <w:spacing w:after="160" w:line="276" w:lineRule="auto"/>
      </w:pPr>
      <w:r>
        <w:t>---</w:t>
      </w:r>
    </w:p>
    <w:p>
      <w:pPr>
        <w:spacing w:before="280" w:after="80"/>
        <w:pBdr>
          <w:bottom w:val="single" w:sz="6" w:space="1" w:color="2F5496"/>
        </w:pBdr>
      </w:pPr>
      <w:r>
        <w:rPr>
          <w:b/>
          <w:color w:val="2F5496"/>
          <w:sz w:val="24"/>
        </w:rPr>
        <w:t>CHAPTER 33: JACOB AND ESAU RECONCILED</w:t>
      </w:r>
    </w:p>
    <w:p>
      <w:pPr>
        <w:spacing w:before="280" w:after="80"/>
        <w:pBdr>
          <w:bottom w:val="single" w:sz="6" w:space="1" w:color="2F5496"/>
        </w:pBdr>
      </w:pPr>
      <w:r>
        <w:rPr>
          <w:b/>
          <w:color w:val="2F5496"/>
          <w:sz w:val="24"/>
        </w:rPr>
        <w:t>OVERVIEW</w:t>
      </w:r>
    </w:p>
    <w:p>
      <w:pPr>
        <w:spacing w:after="160" w:line="276" w:lineRule="auto"/>
      </w:pPr>
      <w:r>
        <w:t>Jacob and Esau meet and reconcile.</w:t>
      </w:r>
    </w:p>
    <w:p>
      <w:pPr>
        <w:spacing w:before="280" w:after="80"/>
        <w:pBdr>
          <w:bottom w:val="single" w:sz="6" w:space="1" w:color="2F5496"/>
        </w:pBdr>
      </w:pPr>
      <w:r>
        <w:rPr>
          <w:b/>
          <w:color w:val="2F5496"/>
          <w:sz w:val="24"/>
        </w:rPr>
        <w:t>KEY THEMES</w:t>
      </w:r>
    </w:p>
    <w:p>
      <w:pPr>
        <w:pStyle w:val="ListBullet"/>
        <w:spacing w:after="80"/>
      </w:pPr>
      <w:r>
        <w:t>**Reconciliation**: Enemies become brothers</w:t>
      </w:r>
    </w:p>
    <w:p>
      <w:pPr>
        <w:pStyle w:val="ListBullet"/>
        <w:spacing w:after="80"/>
      </w:pPr>
      <w:r>
        <w:t>**Provision**: Esau offers protection</w:t>
      </w:r>
    </w:p>
    <w:p>
      <w:pPr>
        <w:pStyle w:val="ListBullet"/>
        <w:spacing w:after="80"/>
      </w:pPr>
      <w:r>
        <w:t>**Worship**: Jacob worships and offers gifts</w:t>
      </w:r>
    </w:p>
    <w:p>
      <w:pPr>
        <w:spacing w:before="280" w:after="80"/>
        <w:pBdr>
          <w:bottom w:val="single" w:sz="6" w:space="1" w:color="2F5496"/>
        </w:pBdr>
      </w:pPr>
      <w:r>
        <w:rPr>
          <w:b/>
          <w:color w:val="2F5496"/>
          <w:sz w:val="24"/>
        </w:rPr>
        <w:t>DETAILED BREAKDOWN</w:t>
      </w:r>
    </w:p>
    <w:p>
      <w:pPr>
        <w:pStyle w:val="ListBullet"/>
        <w:spacing w:after="80"/>
      </w:pPr>
      <w:r>
        <w:t>Jacob approaches Esau, bows seven times</w:t>
      </w:r>
    </w:p>
    <w:p>
      <w:pPr>
        <w:pStyle w:val="ListBullet"/>
        <w:spacing w:after="80"/>
      </w:pPr>
      <w:r>
        <w:t>Esau runs to meet Jacob, embraces him</w:t>
      </w:r>
    </w:p>
    <w:p>
      <w:pPr>
        <w:pStyle w:val="ListBullet"/>
        <w:spacing w:after="80"/>
      </w:pPr>
      <w:r>
        <w:t>Esau offers his possessions</w:t>
      </w:r>
    </w:p>
    <w:p>
      <w:pPr>
        <w:pStyle w:val="ListBullet"/>
        <w:spacing w:after="80"/>
      </w:pPr>
      <w:r>
        <w:t>Jacob insists Esau accept his gifts</w:t>
      </w:r>
    </w:p>
    <w:p>
      <w:pPr>
        <w:pStyle w:val="ListBullet"/>
        <w:spacing w:after="80"/>
      </w:pPr>
      <w:r>
        <w:t>Jacob settles in Succoth, builds house for himself</w:t>
      </w:r>
    </w:p>
    <w:p>
      <w:pPr>
        <w:pStyle w:val="ListBullet"/>
        <w:spacing w:after="80"/>
      </w:pPr>
      <w:r>
        <w:t>Jacob travels to Shechem, buys land</w:t>
      </w:r>
    </w:p>
    <w:p>
      <w:pPr>
        <w:spacing w:before="280" w:after="80"/>
        <w:pBdr>
          <w:bottom w:val="single" w:sz="6" w:space="1" w:color="2F5496"/>
        </w:pBdr>
      </w:pPr>
      <w:r>
        <w:rPr>
          <w:b/>
          <w:color w:val="2F5496"/>
          <w:sz w:val="24"/>
        </w:rPr>
        <w:t>THEOLOGICAL SIGNIFICANCE</w:t>
      </w:r>
    </w:p>
    <w:p>
      <w:pPr>
        <w:pStyle w:val="ListBullet"/>
        <w:spacing w:after="80"/>
      </w:pPr>
      <w:r>
        <w:t>God can reconcile enemies</w:t>
      </w:r>
    </w:p>
    <w:p>
      <w:pPr>
        <w:pStyle w:val="ListBullet"/>
        <w:spacing w:after="80"/>
      </w:pPr>
      <w:r>
        <w:t>Humility opens doors for peace</w:t>
      </w:r>
    </w:p>
    <w:p>
      <w:pPr>
        <w:pStyle w:val="ListBullet"/>
        <w:spacing w:after="80"/>
      </w:pPr>
      <w:r>
        <w:t>Worship precedes provision</w:t>
      </w:r>
    </w:p>
    <w:p>
      <w:pPr>
        <w:spacing w:after="160" w:line="276" w:lineRule="auto"/>
      </w:pPr>
      <w:r>
        <w:t>---</w:t>
      </w:r>
    </w:p>
    <w:p>
      <w:pPr>
        <w:spacing w:before="280" w:after="80"/>
        <w:pBdr>
          <w:bottom w:val="single" w:sz="6" w:space="1" w:color="2F5496"/>
        </w:pBdr>
      </w:pPr>
      <w:r>
        <w:rPr>
          <w:b/>
          <w:color w:val="2F5496"/>
          <w:sz w:val="24"/>
        </w:rPr>
        <w:t>CHAPTER 34: DINAH AND SHECHEM</w:t>
      </w:r>
    </w:p>
    <w:p>
      <w:pPr>
        <w:spacing w:before="280" w:after="80"/>
        <w:pBdr>
          <w:bottom w:val="single" w:sz="6" w:space="1" w:color="2F5496"/>
        </w:pBdr>
      </w:pPr>
      <w:r>
        <w:rPr>
          <w:b/>
          <w:color w:val="2F5496"/>
          <w:sz w:val="24"/>
        </w:rPr>
        <w:t>OVERVIEW</w:t>
      </w:r>
    </w:p>
    <w:p>
      <w:pPr>
        <w:spacing w:after="160" w:line="276" w:lineRule="auto"/>
      </w:pPr>
      <w:r>
        <w:t>Dinah is violated by Shechem, leading to violence.</w:t>
      </w:r>
    </w:p>
    <w:p>
      <w:pPr>
        <w:spacing w:before="280" w:after="80"/>
        <w:pBdr>
          <w:bottom w:val="single" w:sz="6" w:space="1" w:color="2F5496"/>
        </w:pBdr>
      </w:pPr>
      <w:r>
        <w:rPr>
          <w:b/>
          <w:color w:val="2F5496"/>
          <w:sz w:val="24"/>
        </w:rPr>
        <w:t>KEY THEMES</w:t>
      </w:r>
    </w:p>
    <w:p>
      <w:pPr>
        <w:pStyle w:val="ListBullet"/>
        <w:spacing w:after="80"/>
      </w:pPr>
      <w:r>
        <w:t>**Violation**: Dishonor to Jacob's daughter</w:t>
      </w:r>
    </w:p>
    <w:p>
      <w:pPr>
        <w:pStyle w:val="ListBullet"/>
        <w:spacing w:after="80"/>
      </w:pPr>
      <w:r>
        <w:t>**Deception**: Shechem and Hamor deceive</w:t>
      </w:r>
    </w:p>
    <w:p>
      <w:pPr>
        <w:pStyle w:val="ListBullet"/>
        <w:spacing w:after="80"/>
      </w:pPr>
      <w:r>
        <w:t>**Violence**: Simeon and Levi's revenge</w:t>
      </w:r>
    </w:p>
    <w:p>
      <w:pPr>
        <w:spacing w:before="280" w:after="80"/>
        <w:pBdr>
          <w:bottom w:val="single" w:sz="6" w:space="1" w:color="2F5496"/>
        </w:pBdr>
      </w:pPr>
      <w:r>
        <w:rPr>
          <w:b/>
          <w:color w:val="2F5496"/>
          <w:sz w:val="24"/>
        </w:rPr>
        <w:t>DETAILED BREAKDOWN</w:t>
      </w:r>
    </w:p>
    <w:p>
      <w:pPr>
        <w:pStyle w:val="ListBullet"/>
        <w:spacing w:after="80"/>
      </w:pPr>
      <w:r>
        <w:t>Dinah visits the daughters of the land</w:t>
      </w:r>
    </w:p>
    <w:p>
      <w:pPr>
        <w:pStyle w:val="ListBullet"/>
        <w:spacing w:after="80"/>
      </w:pPr>
      <w:r>
        <w:t>Shechem takes Dinah and lies with her</w:t>
      </w:r>
    </w:p>
    <w:p>
      <w:pPr>
        <w:pStyle w:val="ListBullet"/>
        <w:spacing w:after="80"/>
      </w:pPr>
      <w:r>
        <w:t>Shechem asks his father to get Dinah for him</w:t>
      </w:r>
    </w:p>
    <w:p>
      <w:pPr>
        <w:pStyle w:val="ListBullet"/>
        <w:spacing w:after="80"/>
      </w:pPr>
      <w:r>
        <w:t>Hamor proposes intermarriage and trade</w:t>
      </w:r>
    </w:p>
    <w:p>
      <w:pPr>
        <w:pStyle w:val="ListBullet"/>
        <w:spacing w:after="80"/>
      </w:pPr>
      <w:r>
        <w:t>Jacob's sons deceitfully agree if all males are circumcised</w:t>
      </w:r>
    </w:p>
    <w:p>
      <w:pPr>
        <w:pStyle w:val="ListBullet"/>
        <w:spacing w:after="80"/>
      </w:pPr>
      <w:r>
        <w:t>Simeon and Levi kill all males while they are sore</w:t>
      </w:r>
    </w:p>
    <w:p>
      <w:pPr>
        <w:pStyle w:val="ListBullet"/>
        <w:spacing w:after="80"/>
      </w:pPr>
      <w:r>
        <w:t>They plunder the city</w:t>
      </w:r>
    </w:p>
    <w:p>
      <w:pPr>
        <w:spacing w:before="280" w:after="80"/>
        <w:pBdr>
          <w:bottom w:val="single" w:sz="6" w:space="1" w:color="2F5496"/>
        </w:pBdr>
      </w:pPr>
      <w:r>
        <w:rPr>
          <w:b/>
          <w:color w:val="2F5496"/>
          <w:sz w:val="24"/>
        </w:rPr>
        <w:t>THEOLOGICAL SIGNIFICANCE</w:t>
      </w:r>
    </w:p>
    <w:p>
      <w:pPr>
        <w:pStyle w:val="ListBullet"/>
        <w:spacing w:after="80"/>
      </w:pPr>
      <w:r>
        <w:t>Sin often leads to more sin</w:t>
      </w:r>
    </w:p>
    <w:p>
      <w:pPr>
        <w:pStyle w:val="ListBullet"/>
        <w:spacing w:after="80"/>
      </w:pPr>
      <w:r>
        <w:t>Deception creates more problems</w:t>
      </w:r>
    </w:p>
    <w:p>
      <w:pPr>
        <w:pStyle w:val="ListBullet"/>
        <w:spacing w:after="80"/>
      </w:pPr>
      <w:r>
        <w:t>Family honor matters deeply</w:t>
      </w:r>
    </w:p>
    <w:p>
      <w:pPr>
        <w:spacing w:after="160" w:line="276" w:lineRule="auto"/>
      </w:pPr>
      <w:r>
        <w:t>---</w:t>
      </w:r>
    </w:p>
    <w:p>
      <w:pPr>
        <w:spacing w:before="280" w:after="80"/>
        <w:pBdr>
          <w:bottom w:val="single" w:sz="6" w:space="1" w:color="2F5496"/>
        </w:pBdr>
      </w:pPr>
      <w:r>
        <w:rPr>
          <w:b/>
          <w:color w:val="2F5496"/>
          <w:sz w:val="24"/>
        </w:rPr>
        <w:t>CHAPTER 35: GOD COMMANDS JACOB TO BETHEL</w:t>
      </w:r>
    </w:p>
    <w:p>
      <w:pPr>
        <w:spacing w:before="280" w:after="80"/>
        <w:pBdr>
          <w:bottom w:val="single" w:sz="6" w:space="1" w:color="2F5496"/>
        </w:pBdr>
      </w:pPr>
      <w:r>
        <w:rPr>
          <w:b/>
          <w:color w:val="2F5496"/>
          <w:sz w:val="24"/>
        </w:rPr>
        <w:t>OVERVIEW</w:t>
      </w:r>
    </w:p>
    <w:p>
      <w:pPr>
        <w:spacing w:after="160" w:line="276" w:lineRule="auto"/>
      </w:pPr>
      <w:r>
        <w:t>God commands Jacob to return to Bethel.</w:t>
      </w:r>
    </w:p>
    <w:p>
      <w:pPr>
        <w:spacing w:before="280" w:after="80"/>
        <w:pBdr>
          <w:bottom w:val="single" w:sz="6" w:space="1" w:color="2F5496"/>
        </w:pBdr>
      </w:pPr>
      <w:r>
        <w:rPr>
          <w:b/>
          <w:color w:val="2F5496"/>
          <w:sz w:val="24"/>
        </w:rPr>
        <w:t>KEY THEMES</w:t>
      </w:r>
    </w:p>
    <w:p>
      <w:pPr>
        <w:pStyle w:val="ListBullet"/>
        <w:spacing w:after="80"/>
      </w:pPr>
      <w:r>
        <w:t>**Purification**: Remove idols and change clothes</w:t>
      </w:r>
    </w:p>
    <w:p>
      <w:pPr>
        <w:pStyle w:val="ListBullet"/>
        <w:spacing w:after="80"/>
      </w:pPr>
      <w:r>
        <w:t>**Renewal**: God renews covenant at Bethel</w:t>
      </w:r>
    </w:p>
    <w:p>
      <w:pPr>
        <w:pStyle w:val="ListBullet"/>
        <w:spacing w:after="80"/>
      </w:pPr>
      <w:r>
        <w:t>**Loss**: Deborah and Rachel die</w:t>
      </w:r>
    </w:p>
    <w:p>
      <w:pPr>
        <w:spacing w:before="280" w:after="80"/>
        <w:pBdr>
          <w:bottom w:val="single" w:sz="6" w:space="1" w:color="2F5496"/>
        </w:pBdr>
      </w:pPr>
      <w:r>
        <w:rPr>
          <w:b/>
          <w:color w:val="2F5496"/>
          <w:sz w:val="24"/>
        </w:rPr>
        <w:t>DETAILED BREAKDOWN</w:t>
      </w:r>
    </w:p>
    <w:p>
      <w:pPr>
        <w:pStyle w:val="ListBullet"/>
        <w:spacing w:after="80"/>
      </w:pPr>
      <w:r>
        <w:t>God commands Jacob to go to Bethel</w:t>
      </w:r>
    </w:p>
    <w:p>
      <w:pPr>
        <w:pStyle w:val="ListBullet"/>
        <w:spacing w:after="80"/>
      </w:pPr>
      <w:r>
        <w:t>Jacob tells household to put away foreign gods</w:t>
      </w:r>
    </w:p>
    <w:p>
      <w:pPr>
        <w:pStyle w:val="ListBullet"/>
        <w:spacing w:after="80"/>
      </w:pPr>
      <w:r>
        <w:t>They give Jacob all foreign gods and earrings</w:t>
      </w:r>
    </w:p>
    <w:p>
      <w:pPr>
        <w:pStyle w:val="ListBullet"/>
        <w:spacing w:after="80"/>
      </w:pPr>
      <w:r>
        <w:t>God appears to Jacob at Bethel</w:t>
      </w:r>
    </w:p>
    <w:p>
      <w:pPr>
        <w:pStyle w:val="ListBullet"/>
        <w:spacing w:after="80"/>
      </w:pPr>
      <w:r>
        <w:t>God blesses Jacob, renames him Israel</w:t>
      </w:r>
    </w:p>
    <w:p>
      <w:pPr>
        <w:pStyle w:val="ListBullet"/>
        <w:spacing w:after="80"/>
      </w:pPr>
      <w:r>
        <w:t>God promises many descendants and the land</w:t>
      </w:r>
    </w:p>
    <w:p>
      <w:pPr>
        <w:pStyle w:val="ListBullet"/>
        <w:spacing w:after="80"/>
      </w:pPr>
      <w:r>
        <w:t>Rachel dies bearing Benjamin</w:t>
      </w:r>
    </w:p>
    <w:p>
      <w:pPr>
        <w:pStyle w:val="ListBullet"/>
        <w:spacing w:after="80"/>
      </w:pPr>
      <w:r>
        <w:t>Jacob sets up pillar at Rachel's grave</w:t>
      </w:r>
    </w:p>
    <w:p>
      <w:pPr>
        <w:pStyle w:val="ListBullet"/>
        <w:spacing w:after="80"/>
      </w:pPr>
      <w:r>
        <w:t>Isaac dies at 180 years</w:t>
      </w:r>
    </w:p>
    <w:p>
      <w:pPr>
        <w:spacing w:before="280" w:after="80"/>
        <w:pBdr>
          <w:bottom w:val="single" w:sz="6" w:space="1" w:color="2F5496"/>
        </w:pBdr>
      </w:pPr>
      <w:r>
        <w:rPr>
          <w:b/>
          <w:color w:val="2F5496"/>
          <w:sz w:val="24"/>
        </w:rPr>
        <w:t>THEOLOGICAL SIGNIFICANCE</w:t>
      </w:r>
    </w:p>
    <w:p>
      <w:pPr>
        <w:pStyle w:val="ListBullet"/>
        <w:spacing w:after="80"/>
      </w:pPr>
      <w:r>
        <w:t>Worship requires purification</w:t>
      </w:r>
    </w:p>
    <w:p>
      <w:pPr>
        <w:pStyle w:val="ListBullet"/>
        <w:spacing w:after="80"/>
      </w:pPr>
      <w:r>
        <w:t>God's promises are sure despite loss</w:t>
      </w:r>
    </w:p>
    <w:p>
      <w:pPr>
        <w:pStyle w:val="ListBullet"/>
        <w:spacing w:after="80"/>
      </w:pPr>
      <w:r>
        <w:t>Names reflect identity and purpose</w:t>
      </w:r>
    </w:p>
    <w:p>
      <w:pPr>
        <w:spacing w:after="160" w:line="276" w:lineRule="auto"/>
      </w:pPr>
      <w:r>
        <w:t>---</w:t>
      </w:r>
    </w:p>
    <w:p>
      <w:pPr>
        <w:spacing w:before="280" w:after="80"/>
        <w:pBdr>
          <w:bottom w:val="single" w:sz="6" w:space="1" w:color="2F5496"/>
        </w:pBdr>
      </w:pPr>
      <w:r>
        <w:rPr>
          <w:b/>
          <w:color w:val="2F5496"/>
          <w:sz w:val="24"/>
        </w:rPr>
        <w:t>CHAPTER 36: ESAU'S DESCENDANTS</w:t>
      </w:r>
    </w:p>
    <w:p>
      <w:pPr>
        <w:spacing w:before="280" w:after="80"/>
        <w:pBdr>
          <w:bottom w:val="single" w:sz="6" w:space="1" w:color="2F5496"/>
        </w:pBdr>
      </w:pPr>
      <w:r>
        <w:rPr>
          <w:b/>
          <w:color w:val="2F5496"/>
          <w:sz w:val="24"/>
        </w:rPr>
        <w:t>OVERVIEW</w:t>
      </w:r>
    </w:p>
    <w:p>
      <w:pPr>
        <w:spacing w:after="160" w:line="276" w:lineRule="auto"/>
      </w:pPr>
      <w:r>
        <w:t>Genealogy of Esau and his descendants.</w:t>
      </w:r>
    </w:p>
    <w:p>
      <w:pPr>
        <w:spacing w:before="280" w:after="80"/>
        <w:pBdr>
          <w:bottom w:val="single" w:sz="6" w:space="1" w:color="2F5496"/>
        </w:pBdr>
      </w:pPr>
      <w:r>
        <w:rPr>
          <w:b/>
          <w:color w:val="2F5496"/>
          <w:sz w:val="24"/>
        </w:rPr>
        <w:t>KEY THEMES</w:t>
      </w:r>
    </w:p>
    <w:p>
      <w:pPr>
        <w:pStyle w:val="ListBullet"/>
        <w:spacing w:after="80"/>
      </w:pPr>
      <w:r>
        <w:t>**Nations**: Edom arises from Esau</w:t>
      </w:r>
    </w:p>
    <w:p>
      <w:pPr>
        <w:pStyle w:val="ListBullet"/>
        <w:spacing w:after="80"/>
      </w:pPr>
      <w:r>
        <w:t>**Leadership**: Chiefs emerge among Esau's descendants</w:t>
      </w:r>
    </w:p>
    <w:p>
      <w:pPr>
        <w:pStyle w:val="ListBullet"/>
        <w:spacing w:after="80"/>
      </w:pPr>
      <w:r>
        <w:t>**Separation**: Two nations from one father</w:t>
      </w:r>
    </w:p>
    <w:p>
      <w:pPr>
        <w:spacing w:before="280" w:after="80"/>
        <w:pBdr>
          <w:bottom w:val="single" w:sz="6" w:space="1" w:color="2F5496"/>
        </w:pBdr>
      </w:pPr>
      <w:r>
        <w:rPr>
          <w:b/>
          <w:color w:val="2F5496"/>
          <w:sz w:val="24"/>
        </w:rPr>
        <w:t>DETAILED BREAKDOWN</w:t>
      </w:r>
    </w:p>
    <w:p>
      <w:pPr>
        <w:pStyle w:val="ListBullet"/>
        <w:spacing w:after="80"/>
      </w:pPr>
      <w:r>
        <w:t>Esau's wives and sons</w:t>
      </w:r>
    </w:p>
    <w:p>
      <w:pPr>
        <w:pStyle w:val="ListBullet"/>
        <w:spacing w:after="80"/>
      </w:pPr>
      <w:r>
        <w:t>Esau moves to Seir (Edom)</w:t>
      </w:r>
    </w:p>
    <w:p>
      <w:pPr>
        <w:pStyle w:val="ListBullet"/>
        <w:spacing w:after="80"/>
      </w:pPr>
      <w:r>
        <w:t>Genealogy of Esau's descendants</w:t>
      </w:r>
    </w:p>
    <w:p>
      <w:pPr>
        <w:pStyle w:val="ListBullet"/>
        <w:spacing w:after="80"/>
      </w:pPr>
      <w:r>
        <w:t>Chiefs emerge: Timna, Alvah, Jetheth, etc.</w:t>
      </w:r>
    </w:p>
    <w:p>
      <w:pPr>
        <w:pStyle w:val="ListBullet"/>
        <w:spacing w:after="80"/>
      </w:pPr>
      <w:r>
        <w:t>Kings rule in Edom before Israel has kings</w:t>
      </w:r>
    </w:p>
    <w:p>
      <w:pPr>
        <w:spacing w:before="280" w:after="80"/>
        <w:pBdr>
          <w:bottom w:val="single" w:sz="6" w:space="1" w:color="2F5496"/>
        </w:pBdr>
      </w:pPr>
      <w:r>
        <w:rPr>
          <w:b/>
          <w:color w:val="2F5496"/>
          <w:sz w:val="24"/>
        </w:rPr>
        <w:t>THEOLOGICAL SIGNIFICANCE</w:t>
      </w:r>
    </w:p>
    <w:p>
      <w:pPr>
        <w:pStyle w:val="ListBullet"/>
        <w:spacing w:after="80"/>
      </w:pPr>
      <w:r>
        <w:t>Nations arise from family lines</w:t>
      </w:r>
    </w:p>
    <w:p>
      <w:pPr>
        <w:pStyle w:val="ListBullet"/>
        <w:spacing w:after="80"/>
      </w:pPr>
      <w:r>
        <w:t>God's chosen line is distinct</w:t>
      </w:r>
    </w:p>
    <w:p>
      <w:pPr>
        <w:pStyle w:val="ListBullet"/>
        <w:spacing w:after="80"/>
      </w:pPr>
      <w:r>
        <w:t>Leadership emerges in God's timing</w:t>
      </w:r>
    </w:p>
    <w:p>
      <w:pPr>
        <w:spacing w:after="160" w:line="276" w:lineRule="auto"/>
      </w:pPr>
      <w:r>
        <w:t>---</w:t>
      </w:r>
    </w:p>
    <w:p>
      <w:pPr>
        <w:spacing w:before="280" w:after="80"/>
        <w:pBdr>
          <w:bottom w:val="single" w:sz="6" w:space="1" w:color="2F5496"/>
        </w:pBdr>
      </w:pPr>
      <w:r>
        <w:rPr>
          <w:b/>
          <w:color w:val="2F5496"/>
          <w:sz w:val="24"/>
        </w:rPr>
        <w:t>CHAPTER 37: JOSEPH AND HIS BROTHERS</w:t>
      </w:r>
    </w:p>
    <w:p>
      <w:pPr>
        <w:spacing w:before="280" w:after="80"/>
        <w:pBdr>
          <w:bottom w:val="single" w:sz="6" w:space="1" w:color="2F5496"/>
        </w:pBdr>
      </w:pPr>
      <w:r>
        <w:rPr>
          <w:b/>
          <w:color w:val="2F5496"/>
          <w:sz w:val="24"/>
        </w:rPr>
        <w:t>OVERVIEW</w:t>
      </w:r>
    </w:p>
    <w:p>
      <w:pPr>
        <w:spacing w:after="160" w:line="276" w:lineRule="auto"/>
      </w:pPr>
      <w:r>
        <w:t>Joseph's dreams and his brothers' jealousy.</w:t>
      </w:r>
    </w:p>
    <w:p>
      <w:pPr>
        <w:spacing w:before="280" w:after="80"/>
        <w:pBdr>
          <w:bottom w:val="single" w:sz="6" w:space="1" w:color="2F5496"/>
        </w:pBdr>
      </w:pPr>
      <w:r>
        <w:rPr>
          <w:b/>
          <w:color w:val="2F5496"/>
          <w:sz w:val="24"/>
        </w:rPr>
        <w:t>KEY THEMES</w:t>
      </w:r>
    </w:p>
    <w:p>
      <w:pPr>
        <w:pStyle w:val="ListBullet"/>
        <w:spacing w:after="80"/>
      </w:pPr>
      <w:r>
        <w:t>**Dreams**: Joseph's prophetic dreams</w:t>
      </w:r>
    </w:p>
    <w:p>
      <w:pPr>
        <w:pStyle w:val="ListBullet"/>
        <w:spacing w:after="80"/>
      </w:pPr>
      <w:r>
        <w:t>**Jealousy**: Brothers hate Joseph</w:t>
      </w:r>
    </w:p>
    <w:p>
      <w:pPr>
        <w:pStyle w:val="ListBullet"/>
        <w:spacing w:after="80"/>
      </w:pPr>
      <w:r>
        <w:t>**Betrayal**: Brothers sell Joseph into slavery</w:t>
      </w:r>
    </w:p>
    <w:p>
      <w:pPr>
        <w:spacing w:before="280" w:after="80"/>
        <w:pBdr>
          <w:bottom w:val="single" w:sz="6" w:space="1" w:color="2F5496"/>
        </w:pBdr>
      </w:pPr>
      <w:r>
        <w:rPr>
          <w:b/>
          <w:color w:val="2F5496"/>
          <w:sz w:val="24"/>
        </w:rPr>
        <w:t>DETAILED BREAKDOWN</w:t>
      </w:r>
    </w:p>
    <w:p>
      <w:pPr>
        <w:pStyle w:val="ListBullet"/>
        <w:spacing w:after="80"/>
      </w:pPr>
      <w:r>
        <w:t>Joseph tends flocks with brothers</w:t>
      </w:r>
    </w:p>
    <w:p>
      <w:pPr>
        <w:pStyle w:val="ListBullet"/>
        <w:spacing w:after="80"/>
      </w:pPr>
      <w:r>
        <w:t>Joseph brings bad report about brothers</w:t>
      </w:r>
    </w:p>
    <w:p>
      <w:pPr>
        <w:pStyle w:val="ListBullet"/>
        <w:spacing w:after="80"/>
      </w:pPr>
      <w:r>
        <w:t>Israel loves Joseph more, gives him coat of many colors</w:t>
      </w:r>
    </w:p>
    <w:p>
      <w:pPr>
        <w:pStyle w:val="ListBullet"/>
        <w:spacing w:after="80"/>
      </w:pPr>
      <w:r>
        <w:t>Joseph dreams of brothers bowing to him</w:t>
      </w:r>
    </w:p>
    <w:p>
      <w:pPr>
        <w:pStyle w:val="ListBullet"/>
        <w:spacing w:after="80"/>
      </w:pPr>
      <w:r>
        <w:t>Brothers hate Joseph more</w:t>
      </w:r>
    </w:p>
    <w:p>
      <w:pPr>
        <w:pStyle w:val="ListBullet"/>
        <w:spacing w:after="80"/>
      </w:pPr>
      <w:r>
        <w:t>Joseph dreams of sun, moon, and stars bowing</w:t>
      </w:r>
    </w:p>
    <w:p>
      <w:pPr>
        <w:pStyle w:val="ListBullet"/>
        <w:spacing w:after="80"/>
      </w:pPr>
      <w:r>
        <w:t>Brothers plot to kill Joseph</w:t>
      </w:r>
    </w:p>
    <w:p>
      <w:pPr>
        <w:pStyle w:val="ListBullet"/>
        <w:spacing w:after="80"/>
      </w:pPr>
      <w:r>
        <w:t>Reuben persuades them to throw Joseph in a pit</w:t>
      </w:r>
    </w:p>
    <w:p>
      <w:pPr>
        <w:pStyle w:val="ListBullet"/>
        <w:spacing w:after="80"/>
      </w:pPr>
      <w:r>
        <w:t>Judah persuades selling Joseph to Ishmaelites</w:t>
      </w:r>
    </w:p>
    <w:p>
      <w:pPr>
        <w:pStyle w:val="ListBullet"/>
        <w:spacing w:after="80"/>
      </w:pPr>
      <w:r>
        <w:t>Brothers dip Joseph's coat in goat's blood</w:t>
      </w:r>
    </w:p>
    <w:p>
      <w:pPr>
        <w:spacing w:before="280" w:after="80"/>
        <w:pBdr>
          <w:bottom w:val="single" w:sz="6" w:space="1" w:color="2F5496"/>
        </w:pBdr>
      </w:pPr>
      <w:r>
        <w:rPr>
          <w:b/>
          <w:color w:val="2F5496"/>
          <w:sz w:val="24"/>
        </w:rPr>
        <w:t>THEOLOGICAL SIGNIFICANCE</w:t>
      </w:r>
    </w:p>
    <w:p>
      <w:pPr>
        <w:pStyle w:val="ListBullet"/>
        <w:spacing w:after="80"/>
      </w:pPr>
      <w:r>
        <w:t>God's plans often involve suffering</w:t>
      </w:r>
    </w:p>
    <w:p>
      <w:pPr>
        <w:pStyle w:val="ListBullet"/>
        <w:spacing w:after="80"/>
      </w:pPr>
      <w:r>
        <w:t>Jealousy destroys relationships</w:t>
      </w:r>
    </w:p>
    <w:p>
      <w:pPr>
        <w:pStyle w:val="ListBullet"/>
        <w:spacing w:after="80"/>
      </w:pPr>
      <w:r>
        <w:t>Dreams can be prophetic</w:t>
      </w:r>
    </w:p>
    <w:p>
      <w:pPr>
        <w:spacing w:after="160" w:line="276" w:lineRule="auto"/>
      </w:pPr>
      <w:r>
        <w:t>---</w:t>
      </w:r>
    </w:p>
    <w:p>
      <w:pPr>
        <w:spacing w:before="280" w:after="80"/>
        <w:pBdr>
          <w:bottom w:val="single" w:sz="6" w:space="1" w:color="2F5496"/>
        </w:pBdr>
      </w:pPr>
      <w:r>
        <w:rPr>
          <w:b/>
          <w:color w:val="2F5496"/>
          <w:sz w:val="24"/>
        </w:rPr>
        <w:t>CHAPTER 38: JUDAH AND TAMAR</w:t>
      </w:r>
    </w:p>
    <w:p>
      <w:pPr>
        <w:spacing w:before="280" w:after="80"/>
        <w:pBdr>
          <w:bottom w:val="single" w:sz="6" w:space="1" w:color="2F5496"/>
        </w:pBdr>
      </w:pPr>
      <w:r>
        <w:rPr>
          <w:b/>
          <w:color w:val="2F5496"/>
          <w:sz w:val="24"/>
        </w:rPr>
        <w:t>OVERVIEW</w:t>
      </w:r>
    </w:p>
    <w:p>
      <w:pPr>
        <w:spacing w:after="160" w:line="276" w:lineRule="auto"/>
      </w:pPr>
      <w:r>
        <w:t>Judah's family line and Tamar's righteousness.</w:t>
      </w:r>
    </w:p>
    <w:p>
      <w:pPr>
        <w:spacing w:before="280" w:after="80"/>
        <w:pBdr>
          <w:bottom w:val="single" w:sz="6" w:space="1" w:color="2F5496"/>
        </w:pBdr>
      </w:pPr>
      <w:r>
        <w:rPr>
          <w:b/>
          <w:color w:val="2F5496"/>
          <w:sz w:val="24"/>
        </w:rPr>
        <w:t>KEY THEMES</w:t>
      </w:r>
    </w:p>
    <w:p>
      <w:pPr>
        <w:pStyle w:val="ListBullet"/>
        <w:spacing w:after="80"/>
      </w:pPr>
      <w:r>
        <w:t>**Righteousness**: Tamar's cleverness</w:t>
      </w:r>
    </w:p>
    <w:p>
      <w:pPr>
        <w:pStyle w:val="ListBullet"/>
        <w:spacing w:after="80"/>
      </w:pPr>
      <w:r>
        <w:t>**Judgment**: Judah's self-condemnation</w:t>
      </w:r>
    </w:p>
    <w:p>
      <w:pPr>
        <w:pStyle w:val="ListBullet"/>
        <w:spacing w:after="80"/>
      </w:pPr>
      <w:r>
        <w:t>**Lineage**: Perez becomes ancestor of David and Jesus</w:t>
      </w:r>
    </w:p>
    <w:p>
      <w:pPr>
        <w:spacing w:before="280" w:after="80"/>
        <w:pBdr>
          <w:bottom w:val="single" w:sz="6" w:space="1" w:color="2F5496"/>
        </w:pBdr>
      </w:pPr>
      <w:r>
        <w:rPr>
          <w:b/>
          <w:color w:val="2F5496"/>
          <w:sz w:val="24"/>
        </w:rPr>
        <w:t>DETAILED BREAKDOWN</w:t>
      </w:r>
    </w:p>
    <w:p>
      <w:pPr>
        <w:pStyle w:val="ListBullet"/>
        <w:spacing w:after="80"/>
      </w:pPr>
      <w:r>
        <w:t>Judah marries a Canaanite woman</w:t>
      </w:r>
    </w:p>
    <w:p>
      <w:pPr>
        <w:pStyle w:val="ListBullet"/>
        <w:spacing w:after="80"/>
      </w:pPr>
      <w:r>
        <w:t>Judah's sons: Er, Onan, Shelah</w:t>
      </w:r>
    </w:p>
    <w:p>
      <w:pPr>
        <w:pStyle w:val="ListBullet"/>
        <w:spacing w:after="80"/>
      </w:pPr>
      <w:r>
        <w:t>Er marries Tamar, God kills Er</w:t>
      </w:r>
    </w:p>
    <w:p>
      <w:pPr>
        <w:pStyle w:val="ListBullet"/>
        <w:spacing w:after="80"/>
      </w:pPr>
      <w:r>
        <w:t>Onan refuses to give offspring to Tamar, God kills Onan</w:t>
      </w:r>
    </w:p>
    <w:p>
      <w:pPr>
        <w:pStyle w:val="ListBullet"/>
        <w:spacing w:after="80"/>
      </w:pPr>
      <w:r>
        <w:t>Judah tells Tamar to wait until Shelah is grown</w:t>
      </w:r>
    </w:p>
    <w:p>
      <w:pPr>
        <w:pStyle w:val="ListBullet"/>
        <w:spacing w:after="80"/>
      </w:pPr>
      <w:r>
        <w:t>Tamar disguises herself as a prostitute</w:t>
      </w:r>
    </w:p>
    <w:p>
      <w:pPr>
        <w:pStyle w:val="ListBullet"/>
        <w:spacing w:after="80"/>
      </w:pPr>
      <w:r>
        <w:t>Judah sleeps with her, promises kid from flock</w:t>
      </w:r>
    </w:p>
    <w:p>
      <w:pPr>
        <w:pStyle w:val="ListBullet"/>
        <w:spacing w:after="80"/>
      </w:pPr>
      <w:r>
        <w:t>Tamar pregnant, Judah orders her burned</w:t>
      </w:r>
    </w:p>
    <w:p>
      <w:pPr>
        <w:pStyle w:val="ListBullet"/>
        <w:spacing w:after="80"/>
      </w:pPr>
      <w:r>
        <w:t>Tamar reveals Judah's seal, cord, and staff</w:t>
      </w:r>
    </w:p>
    <w:p>
      <w:pPr>
        <w:pStyle w:val="ListBullet"/>
        <w:spacing w:after="80"/>
      </w:pPr>
      <w:r>
        <w:t>Judah acknowledges, "She is more righteous than I"</w:t>
      </w:r>
    </w:p>
    <w:p>
      <w:pPr>
        <w:pStyle w:val="ListBullet"/>
        <w:spacing w:after="80"/>
      </w:pPr>
      <w:r>
        <w:t>Tamar bears Perez and Zerah</w:t>
      </w:r>
    </w:p>
    <w:p>
      <w:pPr>
        <w:spacing w:before="280" w:after="80"/>
        <w:pBdr>
          <w:bottom w:val="single" w:sz="6" w:space="1" w:color="2F5496"/>
        </w:pBdr>
      </w:pPr>
      <w:r>
        <w:rPr>
          <w:b/>
          <w:color w:val="2F5496"/>
          <w:sz w:val="24"/>
        </w:rPr>
        <w:t>THEOLOGICAL SIGNIFICANCE</w:t>
      </w:r>
    </w:p>
    <w:p>
      <w:pPr>
        <w:pStyle w:val="ListBullet"/>
        <w:spacing w:after="80"/>
      </w:pPr>
      <w:r>
        <w:t>God preserves the Messianic line</w:t>
      </w:r>
    </w:p>
    <w:p>
      <w:pPr>
        <w:pStyle w:val="ListBullet"/>
        <w:spacing w:after="80"/>
      </w:pPr>
      <w:r>
        <w:t>Righteousness often comes unexpectedly</w:t>
      </w:r>
    </w:p>
    <w:p>
      <w:pPr>
        <w:pStyle w:val="ListBullet"/>
        <w:spacing w:after="80"/>
      </w:pPr>
      <w:r>
        <w:t>Confession leads to restoration</w:t>
      </w:r>
    </w:p>
    <w:p>
      <w:pPr>
        <w:spacing w:after="160" w:line="276" w:lineRule="auto"/>
      </w:pPr>
      <w:r>
        <w:t>---</w:t>
      </w:r>
    </w:p>
    <w:p>
      <w:pPr>
        <w:spacing w:before="280" w:after="80"/>
        <w:pBdr>
          <w:bottom w:val="single" w:sz="6" w:space="1" w:color="2F5496"/>
        </w:pBdr>
      </w:pPr>
      <w:r>
        <w:rPr>
          <w:b/>
          <w:color w:val="2F5496"/>
          <w:sz w:val="24"/>
        </w:rPr>
        <w:t>CHAPTER 39: JOSEPH IN POTIPHAR'S HOUSE</w:t>
      </w:r>
    </w:p>
    <w:p>
      <w:pPr>
        <w:spacing w:before="280" w:after="80"/>
        <w:pBdr>
          <w:bottom w:val="single" w:sz="6" w:space="1" w:color="2F5496"/>
        </w:pBdr>
      </w:pPr>
      <w:r>
        <w:rPr>
          <w:b/>
          <w:color w:val="2F5496"/>
          <w:sz w:val="24"/>
        </w:rPr>
        <w:t>OVERVIEW</w:t>
      </w:r>
    </w:p>
    <w:p>
      <w:pPr>
        <w:spacing w:after="160" w:line="276" w:lineRule="auto"/>
      </w:pPr>
      <w:r>
        <w:t>Joseph serves Potiphar, resists temptation, and is falsely accused.</w:t>
      </w:r>
    </w:p>
    <w:p>
      <w:pPr>
        <w:spacing w:before="280" w:after="80"/>
        <w:pBdr>
          <w:bottom w:val="single" w:sz="6" w:space="1" w:color="2F5496"/>
        </w:pBdr>
      </w:pPr>
      <w:r>
        <w:rPr>
          <w:b/>
          <w:color w:val="2F5496"/>
          <w:sz w:val="24"/>
        </w:rPr>
        <w:t>KEY THEMES</w:t>
      </w:r>
    </w:p>
    <w:p>
      <w:pPr>
        <w:pStyle w:val="ListBullet"/>
        <w:spacing w:after="80"/>
      </w:pPr>
      <w:r>
        <w:t>**Integrity**: Joseph resists Potiphar's wife</w:t>
      </w:r>
    </w:p>
    <w:p>
      <w:pPr>
        <w:pStyle w:val="ListBullet"/>
        <w:spacing w:after="80"/>
      </w:pPr>
      <w:r>
        <w:t>**Prosperity**: God blesses Joseph despite injustice</w:t>
      </w:r>
    </w:p>
    <w:p>
      <w:pPr>
        <w:pStyle w:val="ListBullet"/>
        <w:spacing w:after="80"/>
      </w:pPr>
      <w:r>
        <w:t>**Imprisonment**: Joseph endures false accusation</w:t>
      </w:r>
    </w:p>
    <w:p>
      <w:pPr>
        <w:spacing w:before="280" w:after="80"/>
        <w:pBdr>
          <w:bottom w:val="single" w:sz="6" w:space="1" w:color="2F5496"/>
        </w:pBdr>
      </w:pPr>
      <w:r>
        <w:rPr>
          <w:b/>
          <w:color w:val="2F5496"/>
          <w:sz w:val="24"/>
        </w:rPr>
        <w:t>DETAILED BREAKDOWN</w:t>
      </w:r>
    </w:p>
    <w:p>
      <w:pPr>
        <w:pStyle w:val="ListBullet"/>
        <w:spacing w:after="80"/>
      </w:pPr>
      <w:r>
        <w:t>Joseph brought to Egypt, sold to Potiphar</w:t>
      </w:r>
    </w:p>
    <w:p>
      <w:pPr>
        <w:pStyle w:val="ListBullet"/>
        <w:spacing w:after="80"/>
      </w:pPr>
      <w:r>
        <w:t>Potiphar makes Joseph overseer of his house</w:t>
      </w:r>
    </w:p>
    <w:p>
      <w:pPr>
        <w:pStyle w:val="ListBullet"/>
        <w:spacing w:after="80"/>
      </w:pPr>
      <w:r>
        <w:t>Potiphar's wife desires Joseph</w:t>
      </w:r>
    </w:p>
    <w:p>
      <w:pPr>
        <w:pStyle w:val="ListBullet"/>
        <w:spacing w:after="80"/>
      </w:pPr>
      <w:r>
        <w:t>Joseph refuses, saying it would be sin against God</w:t>
      </w:r>
    </w:p>
    <w:p>
      <w:pPr>
        <w:pStyle w:val="ListBullet"/>
        <w:spacing w:after="80"/>
      </w:pPr>
      <w:r>
        <w:t>Potiphar's wife falsely accuses Joseph</w:t>
      </w:r>
    </w:p>
    <w:p>
      <w:pPr>
        <w:pStyle w:val="ListBullet"/>
        <w:spacing w:after="80"/>
      </w:pPr>
      <w:r>
        <w:t>Potiphar throws Joseph in prison</w:t>
      </w:r>
    </w:p>
    <w:p>
      <w:pPr>
        <w:pStyle w:val="ListBullet"/>
        <w:spacing w:after="80"/>
      </w:pPr>
      <w:r>
        <w:t>God is with Joseph, makes him successful in prison</w:t>
      </w:r>
    </w:p>
    <w:p>
      <w:pPr>
        <w:spacing w:before="280" w:after="80"/>
        <w:pBdr>
          <w:bottom w:val="single" w:sz="6" w:space="1" w:color="2F5496"/>
        </w:pBdr>
      </w:pPr>
      <w:r>
        <w:rPr>
          <w:b/>
          <w:color w:val="2F5496"/>
          <w:sz w:val="24"/>
        </w:rPr>
        <w:t>THEOLOGICAL SIGNIFICANCE</w:t>
      </w:r>
    </w:p>
    <w:p>
      <w:pPr>
        <w:pStyle w:val="ListBullet"/>
        <w:spacing w:after="80"/>
      </w:pPr>
      <w:r>
        <w:t>Integrity is more important than comfort</w:t>
      </w:r>
    </w:p>
    <w:p>
      <w:pPr>
        <w:pStyle w:val="ListBullet"/>
        <w:spacing w:after="80"/>
      </w:pPr>
      <w:r>
        <w:t>God's presence brings success even in prison</w:t>
      </w:r>
    </w:p>
    <w:p>
      <w:pPr>
        <w:pStyle w:val="ListBullet"/>
        <w:spacing w:after="80"/>
      </w:pPr>
      <w:r>
        <w:t>False accusations are part of God's plan</w:t>
      </w:r>
    </w:p>
    <w:p>
      <w:pPr>
        <w:spacing w:after="160" w:line="276" w:lineRule="auto"/>
      </w:pPr>
      <w:r>
        <w:t>---</w:t>
      </w:r>
    </w:p>
    <w:p>
      <w:pPr>
        <w:spacing w:before="280" w:after="80"/>
        <w:pBdr>
          <w:bottom w:val="single" w:sz="6" w:space="1" w:color="2F5496"/>
        </w:pBdr>
      </w:pPr>
      <w:r>
        <w:rPr>
          <w:b/>
          <w:color w:val="2F5496"/>
          <w:sz w:val="24"/>
        </w:rPr>
        <w:t>CHAPTER 40: JOSEPH AND THE CUPBEARER AND BAKER</w:t>
      </w:r>
    </w:p>
    <w:p>
      <w:pPr>
        <w:spacing w:before="280" w:after="80"/>
        <w:pBdr>
          <w:bottom w:val="single" w:sz="6" w:space="1" w:color="2F5496"/>
        </w:pBdr>
      </w:pPr>
      <w:r>
        <w:rPr>
          <w:b/>
          <w:color w:val="2F5496"/>
          <w:sz w:val="24"/>
        </w:rPr>
        <w:t>OVERVIEW</w:t>
      </w:r>
    </w:p>
    <w:p>
      <w:pPr>
        <w:spacing w:after="160" w:line="276" w:lineRule="auto"/>
      </w:pPr>
      <w:r>
        <w:t>Joseph interprets dreams for Pharaoh's officials.</w:t>
      </w:r>
    </w:p>
    <w:p>
      <w:pPr>
        <w:spacing w:before="280" w:after="80"/>
        <w:pBdr>
          <w:bottom w:val="single" w:sz="6" w:space="1" w:color="2F5496"/>
        </w:pBdr>
      </w:pPr>
      <w:r>
        <w:rPr>
          <w:b/>
          <w:color w:val="2F5496"/>
          <w:sz w:val="24"/>
        </w:rPr>
        <w:t>KEY THEMES</w:t>
      </w:r>
    </w:p>
    <w:p>
      <w:pPr>
        <w:pStyle w:val="ListBullet"/>
        <w:spacing w:after="80"/>
      </w:pPr>
      <w:r>
        <w:t>**Interpretation**: Joseph gives insight through God</w:t>
      </w:r>
    </w:p>
    <w:p>
      <w:pPr>
        <w:pStyle w:val="ListBullet"/>
        <w:spacing w:after="80"/>
      </w:pPr>
      <w:r>
        <w:t>**Hope**: Cupbearer's restoration</w:t>
      </w:r>
    </w:p>
    <w:p>
      <w:pPr>
        <w:pStyle w:val="ListBullet"/>
        <w:spacing w:after="80"/>
      </w:pPr>
      <w:r>
        <w:t>**Disappointment**: Baker's execution</w:t>
      </w:r>
    </w:p>
    <w:p>
      <w:pPr>
        <w:spacing w:before="280" w:after="80"/>
        <w:pBdr>
          <w:bottom w:val="single" w:sz="6" w:space="1" w:color="2F5496"/>
        </w:pBdr>
      </w:pPr>
      <w:r>
        <w:rPr>
          <w:b/>
          <w:color w:val="2F5496"/>
          <w:sz w:val="24"/>
        </w:rPr>
        <w:t>DETAILED BREAKDOWN</w:t>
      </w:r>
    </w:p>
    <w:p>
      <w:pPr>
        <w:pStyle w:val="ListBullet"/>
        <w:spacing w:after="80"/>
      </w:pPr>
      <w:r>
        <w:t>Cupbearer and baker offend Pharaoh</w:t>
      </w:r>
    </w:p>
    <w:p>
      <w:pPr>
        <w:pStyle w:val="ListBullet"/>
        <w:spacing w:after="80"/>
      </w:pPr>
      <w:r>
        <w:t>Pharaoh puts them in prison with Joseph</w:t>
      </w:r>
    </w:p>
    <w:p>
      <w:pPr>
        <w:pStyle w:val="ListBullet"/>
        <w:spacing w:after="80"/>
      </w:pPr>
      <w:r>
        <w:t>Cupbearer dreams of pressing grapes into Pharaoh's cup</w:t>
      </w:r>
    </w:p>
    <w:p>
      <w:pPr>
        <w:pStyle w:val="ListBullet"/>
        <w:spacing w:after="80"/>
      </w:pPr>
      <w:r>
        <w:t>Joseph interprets: three days, cupbearer restored</w:t>
      </w:r>
    </w:p>
    <w:p>
      <w:pPr>
        <w:pStyle w:val="ListBullet"/>
        <w:spacing w:after="80"/>
      </w:pPr>
      <w:r>
        <w:t>Baker dreams of birds eating bread from basket</w:t>
      </w:r>
    </w:p>
    <w:p>
      <w:pPr>
        <w:pStyle w:val="ListBullet"/>
        <w:spacing w:after="80"/>
      </w:pPr>
      <w:r>
        <w:t>Joseph interprets: three days, baker executed</w:t>
      </w:r>
    </w:p>
    <w:p>
      <w:pPr>
        <w:pStyle w:val="ListBullet"/>
        <w:spacing w:after="80"/>
      </w:pPr>
      <w:r>
        <w:t>Cupbearer restored, baker executed</w:t>
      </w:r>
    </w:p>
    <w:p>
      <w:pPr>
        <w:pStyle w:val="ListBullet"/>
        <w:spacing w:after="80"/>
      </w:pPr>
      <w:r>
        <w:t>Cupbearer forgets Joseph</w:t>
      </w:r>
    </w:p>
    <w:p>
      <w:pPr>
        <w:spacing w:before="280" w:after="80"/>
        <w:pBdr>
          <w:bottom w:val="single" w:sz="6" w:space="1" w:color="2F5496"/>
        </w:pBdr>
      </w:pPr>
      <w:r>
        <w:rPr>
          <w:b/>
          <w:color w:val="2F5496"/>
          <w:sz w:val="24"/>
        </w:rPr>
        <w:t>THEOLOGICAL SIGNIFICANCE</w:t>
      </w:r>
    </w:p>
    <w:p>
      <w:pPr>
        <w:pStyle w:val="ListBullet"/>
        <w:spacing w:after="80"/>
      </w:pPr>
      <w:r>
        <w:t>God gives interpretation to dreams</w:t>
      </w:r>
    </w:p>
    <w:p>
      <w:pPr>
        <w:pStyle w:val="ListBullet"/>
        <w:spacing w:after="80"/>
      </w:pPr>
      <w:r>
        <w:t>Hope endures even when forgotten</w:t>
      </w:r>
    </w:p>
    <w:p>
      <w:pPr>
        <w:pStyle w:val="ListBullet"/>
        <w:spacing w:after="80"/>
      </w:pPr>
      <w:r>
        <w:t>Timing is God's, not ours</w:t>
      </w:r>
    </w:p>
    <w:p>
      <w:pPr>
        <w:spacing w:after="160" w:line="276" w:lineRule="auto"/>
      </w:pPr>
      <w:r>
        <w:t>---</w:t>
      </w:r>
    </w:p>
    <w:p>
      <w:pPr>
        <w:spacing w:before="280" w:after="80"/>
        <w:pBdr>
          <w:bottom w:val="single" w:sz="6" w:space="1" w:color="2F5496"/>
        </w:pBdr>
      </w:pPr>
      <w:r>
        <w:rPr>
          <w:b/>
          <w:color w:val="2F5496"/>
          <w:sz w:val="24"/>
        </w:rPr>
        <w:t>CHAPTER 41: JOSEPH AND PHARAOH'S DREAMS</w:t>
      </w:r>
    </w:p>
    <w:p>
      <w:pPr>
        <w:spacing w:before="280" w:after="80"/>
        <w:pBdr>
          <w:bottom w:val="single" w:sz="6" w:space="1" w:color="2F5496"/>
        </w:pBdr>
      </w:pPr>
      <w:r>
        <w:rPr>
          <w:b/>
          <w:color w:val="2F5496"/>
          <w:sz w:val="24"/>
        </w:rPr>
        <w:t>OVERVIEW</w:t>
      </w:r>
    </w:p>
    <w:p>
      <w:pPr>
        <w:spacing w:after="160" w:line="276" w:lineRule="auto"/>
      </w:pPr>
      <w:r>
        <w:t>Joseph interprets Pharaoh's dreams and becomes second in command.</w:t>
      </w:r>
    </w:p>
    <w:p>
      <w:pPr>
        <w:spacing w:before="280" w:after="80"/>
        <w:pBdr>
          <w:bottom w:val="single" w:sz="6" w:space="1" w:color="2F5496"/>
        </w:pBdr>
      </w:pPr>
      <w:r>
        <w:rPr>
          <w:b/>
          <w:color w:val="2F5496"/>
          <w:sz w:val="24"/>
        </w:rPr>
        <w:t>KEY THEMES</w:t>
      </w:r>
    </w:p>
    <w:p>
      <w:pPr>
        <w:pStyle w:val="ListBullet"/>
        <w:spacing w:after="80"/>
      </w:pPr>
      <w:r>
        <w:t>**Wisdom**: God gives Joseph wisdom</w:t>
      </w:r>
    </w:p>
    <w:p>
      <w:pPr>
        <w:pStyle w:val="ListBullet"/>
        <w:spacing w:after="80"/>
      </w:pPr>
      <w:r>
        <w:t>**Preparation**: Joseph prepares for famine</w:t>
      </w:r>
    </w:p>
    <w:p>
      <w:pPr>
        <w:pStyle w:val="ListBullet"/>
        <w:spacing w:after="80"/>
      </w:pPr>
      <w:r>
        <w:t>**Elevation**: Joseph becomes second in command</w:t>
      </w:r>
    </w:p>
    <w:p>
      <w:pPr>
        <w:spacing w:before="280" w:after="80"/>
        <w:pBdr>
          <w:bottom w:val="single" w:sz="6" w:space="1" w:color="2F5496"/>
        </w:pBdr>
      </w:pPr>
      <w:r>
        <w:rPr>
          <w:b/>
          <w:color w:val="2F5496"/>
          <w:sz w:val="24"/>
        </w:rPr>
        <w:t>DETAILED BREAKDOWN</w:t>
      </w:r>
    </w:p>
    <w:p>
      <w:pPr>
        <w:pStyle w:val="ListBullet"/>
        <w:spacing w:after="80"/>
      </w:pPr>
      <w:r>
        <w:t>Pharaoh has dreams of seven fat and seven lean cows</w:t>
      </w:r>
    </w:p>
    <w:p>
      <w:pPr>
        <w:pStyle w:val="ListBullet"/>
        <w:spacing w:after="80"/>
      </w:pPr>
      <w:r>
        <w:t>Pharaoh's magicians cannot interpret</w:t>
      </w:r>
    </w:p>
    <w:p>
      <w:pPr>
        <w:pStyle w:val="ListBullet"/>
        <w:spacing w:after="80"/>
      </w:pPr>
      <w:r>
        <w:t>Cupbearer remembers Joseph</w:t>
      </w:r>
    </w:p>
    <w:p>
      <w:pPr>
        <w:pStyle w:val="ListBullet"/>
        <w:spacing w:after="80"/>
      </w:pPr>
      <w:r>
        <w:t>Joseph is brought from prison, shaves, changes clothes</w:t>
      </w:r>
    </w:p>
    <w:p>
      <w:pPr>
        <w:pStyle w:val="ListBullet"/>
        <w:spacing w:after="80"/>
      </w:pPr>
      <w:r>
        <w:t>Joseph interprets: seven years of plenty, seven years of famine</w:t>
      </w:r>
    </w:p>
    <w:p>
      <w:pPr>
        <w:pStyle w:val="ListBullet"/>
        <w:spacing w:after="80"/>
      </w:pPr>
      <w:r>
        <w:t>Joseph advises storing grain during plenty</w:t>
      </w:r>
    </w:p>
    <w:p>
      <w:pPr>
        <w:pStyle w:val="ListBullet"/>
        <w:spacing w:after="80"/>
      </w:pPr>
      <w:r>
        <w:t>Pharaoh makes Joseph second in command</w:t>
      </w:r>
    </w:p>
    <w:p>
      <w:pPr>
        <w:pStyle w:val="ListBullet"/>
        <w:spacing w:after="80"/>
      </w:pPr>
      <w:r>
        <w:t>Joseph marries Asenath, bears Manasseh and Ephraim</w:t>
      </w:r>
    </w:p>
    <w:p>
      <w:pPr>
        <w:spacing w:before="280" w:after="80"/>
        <w:pBdr>
          <w:bottom w:val="single" w:sz="6" w:space="1" w:color="2F5496"/>
        </w:pBdr>
      </w:pPr>
      <w:r>
        <w:rPr>
          <w:b/>
          <w:color w:val="2F5496"/>
          <w:sz w:val="24"/>
        </w:rPr>
        <w:t>THEOLOGICAL SIGNIFICANCE</w:t>
      </w:r>
    </w:p>
    <w:p>
      <w:pPr>
        <w:pStyle w:val="ListBullet"/>
        <w:spacing w:after="80"/>
      </w:pPr>
      <w:r>
        <w:t>God elevates the humble</w:t>
      </w:r>
    </w:p>
    <w:p>
      <w:pPr>
        <w:pStyle w:val="ListBullet"/>
        <w:spacing w:after="80"/>
      </w:pPr>
      <w:r>
        <w:t>Preparation is key to survival</w:t>
      </w:r>
    </w:p>
    <w:p>
      <w:pPr>
        <w:pStyle w:val="ListBullet"/>
        <w:spacing w:after="80"/>
      </w:pPr>
      <w:r>
        <w:t>Wisdom comes from God</w:t>
      </w:r>
    </w:p>
    <w:p>
      <w:pPr>
        <w:spacing w:after="160" w:line="276" w:lineRule="auto"/>
      </w:pPr>
      <w:r>
        <w:t>---</w:t>
      </w:r>
    </w:p>
    <w:p>
      <w:pPr>
        <w:spacing w:before="280" w:after="80"/>
        <w:pBdr>
          <w:bottom w:val="single" w:sz="6" w:space="1" w:color="2F5496"/>
        </w:pBdr>
      </w:pPr>
      <w:r>
        <w:rPr>
          <w:b/>
          <w:color w:val="2F5496"/>
          <w:sz w:val="24"/>
        </w:rPr>
        <w:t>CHAPTER 42: JOSEPH'S BROTHERS FIRST VISIT TO EGYPT</w:t>
      </w:r>
    </w:p>
    <w:p>
      <w:pPr>
        <w:spacing w:before="280" w:after="80"/>
        <w:pBdr>
          <w:bottom w:val="single" w:sz="6" w:space="1" w:color="2F5496"/>
        </w:pBdr>
      </w:pPr>
      <w:r>
        <w:rPr>
          <w:b/>
          <w:color w:val="2F5496"/>
          <w:sz w:val="24"/>
        </w:rPr>
        <w:t>OVERVIEW</w:t>
      </w:r>
    </w:p>
    <w:p>
      <w:pPr>
        <w:spacing w:after="160" w:line="276" w:lineRule="auto"/>
      </w:pPr>
      <w:r>
        <w:t>Joseph's brothers come to Egypt for grain, do not recognize Joseph.</w:t>
      </w:r>
    </w:p>
    <w:p>
      <w:pPr>
        <w:spacing w:before="280" w:after="80"/>
        <w:pBdr>
          <w:bottom w:val="single" w:sz="6" w:space="1" w:color="2F5496"/>
        </w:pBdr>
      </w:pPr>
      <w:r>
        <w:rPr>
          <w:b/>
          <w:color w:val="2F5496"/>
          <w:sz w:val="24"/>
        </w:rPr>
        <w:t>KEY THEMES</w:t>
      </w:r>
    </w:p>
    <w:p>
      <w:pPr>
        <w:pStyle w:val="ListBullet"/>
        <w:spacing w:after="80"/>
      </w:pPr>
      <w:r>
        <w:t>**Recognition**: Brothers do not recognize Joseph</w:t>
      </w:r>
    </w:p>
    <w:p>
      <w:pPr>
        <w:pStyle w:val="ListBullet"/>
        <w:spacing w:after="80"/>
      </w:pPr>
      <w:r>
        <w:t>**Confrontation**: Joseph confronts their past</w:t>
      </w:r>
    </w:p>
    <w:p>
      <w:pPr>
        <w:pStyle w:val="ListBullet"/>
        <w:spacing w:after="80"/>
      </w:pPr>
      <w:r>
        <w:t>**Preparation**: Joseph tests their character</w:t>
      </w:r>
    </w:p>
    <w:p>
      <w:pPr>
        <w:spacing w:before="280" w:after="80"/>
        <w:pBdr>
          <w:bottom w:val="single" w:sz="6" w:space="1" w:color="2F5496"/>
        </w:pBdr>
      </w:pPr>
      <w:r>
        <w:rPr>
          <w:b/>
          <w:color w:val="2F5496"/>
          <w:sz w:val="24"/>
        </w:rPr>
        <w:t>DETAILED BREAKDOWN</w:t>
      </w:r>
    </w:p>
    <w:p>
      <w:pPr>
        <w:pStyle w:val="ListBullet"/>
        <w:spacing w:after="80"/>
      </w:pPr>
      <w:r>
        <w:t>Jacob sends sons to Egypt for grain</w:t>
      </w:r>
    </w:p>
    <w:p>
      <w:pPr>
        <w:pStyle w:val="ListBullet"/>
        <w:spacing w:after="80"/>
      </w:pPr>
      <w:r>
        <w:t>Joseph recognizes his brothers, but they do not recognize him</w:t>
      </w:r>
    </w:p>
    <w:p>
      <w:pPr>
        <w:pStyle w:val="ListBullet"/>
        <w:spacing w:after="80"/>
      </w:pPr>
      <w:r>
        <w:t>Joseph accuses them of being spies</w:t>
      </w:r>
    </w:p>
    <w:p>
      <w:pPr>
        <w:pStyle w:val="ListBullet"/>
        <w:spacing w:after="80"/>
      </w:pPr>
      <w:r>
        <w:t>Joseph imprisons them three days</w:t>
      </w:r>
    </w:p>
    <w:p>
      <w:pPr>
        <w:pStyle w:val="ListBullet"/>
        <w:spacing w:after="80"/>
      </w:pPr>
      <w:r>
        <w:t>Joseph says they must bring Benjamin to prove they are honest</w:t>
      </w:r>
    </w:p>
    <w:p>
      <w:pPr>
        <w:pStyle w:val="ListBullet"/>
        <w:spacing w:after="80"/>
      </w:pPr>
      <w:r>
        <w:t>Brothers realize their guilt regarding Joseph</w:t>
      </w:r>
    </w:p>
    <w:p>
      <w:pPr>
        <w:pStyle w:val="ListBullet"/>
        <w:spacing w:after="80"/>
      </w:pPr>
      <w:r>
        <w:t>Joseph keeps Simeon, sends others with grain</w:t>
      </w:r>
    </w:p>
    <w:p>
      <w:pPr>
        <w:pStyle w:val="ListBullet"/>
        <w:spacing w:after="80"/>
      </w:pPr>
      <w:r>
        <w:t>Joseph has silver returned to their sacks</w:t>
      </w:r>
    </w:p>
    <w:p>
      <w:pPr>
        <w:spacing w:before="280" w:after="80"/>
        <w:pBdr>
          <w:bottom w:val="single" w:sz="6" w:space="1" w:color="2F5496"/>
        </w:pBdr>
      </w:pPr>
      <w:r>
        <w:rPr>
          <w:b/>
          <w:color w:val="2F5496"/>
          <w:sz w:val="24"/>
        </w:rPr>
        <w:t>THEOLOGICAL SIGNIFICANCE</w:t>
      </w:r>
    </w:p>
    <w:p>
      <w:pPr>
        <w:pStyle w:val="ListBullet"/>
        <w:spacing w:after="80"/>
      </w:pPr>
      <w:r>
        <w:t>God brings us to confront our past</w:t>
      </w:r>
    </w:p>
    <w:p>
      <w:pPr>
        <w:pStyle w:val="ListBullet"/>
        <w:spacing w:after="80"/>
      </w:pPr>
      <w:r>
        <w:t>Recognition often comes slowly</w:t>
      </w:r>
    </w:p>
    <w:p>
      <w:pPr>
        <w:pStyle w:val="ListBullet"/>
        <w:spacing w:after="80"/>
      </w:pPr>
      <w:r>
        <w:t>God's plans unfold in His timing</w:t>
      </w:r>
    </w:p>
    <w:p>
      <w:pPr>
        <w:spacing w:after="160" w:line="276" w:lineRule="auto"/>
      </w:pPr>
      <w:r>
        <w:t>---</w:t>
      </w:r>
    </w:p>
    <w:p>
      <w:pPr>
        <w:spacing w:before="280" w:after="80"/>
        <w:pBdr>
          <w:bottom w:val="single" w:sz="6" w:space="1" w:color="2F5496"/>
        </w:pBdr>
      </w:pPr>
      <w:r>
        <w:rPr>
          <w:b/>
          <w:color w:val="2F5496"/>
          <w:sz w:val="24"/>
        </w:rPr>
        <w:t>CHAPTER 43: JOSEPH'S BROTHERS SECOND VISIT TO EGYPT</w:t>
      </w:r>
    </w:p>
    <w:p>
      <w:pPr>
        <w:spacing w:before="280" w:after="80"/>
        <w:pBdr>
          <w:bottom w:val="single" w:sz="6" w:space="1" w:color="2F5496"/>
        </w:pBdr>
      </w:pPr>
      <w:r>
        <w:rPr>
          <w:b/>
          <w:color w:val="2F5496"/>
          <w:sz w:val="24"/>
        </w:rPr>
        <w:t>OVERVIEW</w:t>
      </w:r>
    </w:p>
    <w:p>
      <w:pPr>
        <w:spacing w:after="160" w:line="276" w:lineRule="auto"/>
      </w:pPr>
      <w:r>
        <w:t>Jacob reluctantly sends Benjamin to Egypt.</w:t>
      </w:r>
    </w:p>
    <w:p>
      <w:pPr>
        <w:spacing w:before="280" w:after="80"/>
        <w:pBdr>
          <w:bottom w:val="single" w:sz="6" w:space="1" w:color="2F5496"/>
        </w:pBdr>
      </w:pPr>
      <w:r>
        <w:rPr>
          <w:b/>
          <w:color w:val="2F5496"/>
          <w:sz w:val="24"/>
        </w:rPr>
        <w:t>KEY THEMES</w:t>
      </w:r>
    </w:p>
    <w:p>
      <w:pPr>
        <w:pStyle w:val="ListBullet"/>
        <w:spacing w:after="80"/>
      </w:pPr>
      <w:r>
        <w:t>**Reluctance**: Jacob fears losing Benjamin</w:t>
      </w:r>
    </w:p>
    <w:p>
      <w:pPr>
        <w:pStyle w:val="ListBullet"/>
        <w:spacing w:after="80"/>
      </w:pPr>
      <w:r>
        <w:t>**Hospitality**: Joseph invites brothers to dinner</w:t>
      </w:r>
    </w:p>
    <w:p>
      <w:pPr>
        <w:pStyle w:val="ListBullet"/>
        <w:spacing w:after="80"/>
      </w:pPr>
      <w:r>
        <w:t>**Favor**: Joseph favors Benjamin</w:t>
      </w:r>
    </w:p>
    <w:p>
      <w:pPr>
        <w:spacing w:before="280" w:after="80"/>
        <w:pBdr>
          <w:bottom w:val="single" w:sz="6" w:space="1" w:color="2F5496"/>
        </w:pBdr>
      </w:pPr>
      <w:r>
        <w:rPr>
          <w:b/>
          <w:color w:val="2F5496"/>
          <w:sz w:val="24"/>
        </w:rPr>
        <w:t>DETAILED BREAKDOWN</w:t>
      </w:r>
    </w:p>
    <w:p>
      <w:pPr>
        <w:pStyle w:val="ListBullet"/>
        <w:spacing w:after="80"/>
      </w:pPr>
      <w:r>
        <w:t>Famine continues, food runs out</w:t>
      </w:r>
    </w:p>
    <w:p>
      <w:pPr>
        <w:pStyle w:val="ListBullet"/>
        <w:spacing w:after="80"/>
      </w:pPr>
      <w:r>
        <w:t>Judah persuades Jacob to send Benjamin</w:t>
      </w:r>
    </w:p>
    <w:p>
      <w:pPr>
        <w:pStyle w:val="ListBullet"/>
        <w:spacing w:after="80"/>
      </w:pPr>
      <w:r>
        <w:t>Jacob instructs them to bring double money and gifts</w:t>
      </w:r>
    </w:p>
    <w:p>
      <w:pPr>
        <w:pStyle w:val="ListBullet"/>
        <w:spacing w:after="80"/>
      </w:pPr>
      <w:r>
        <w:t>Brothers return to Egypt with Benjamin</w:t>
      </w:r>
    </w:p>
    <w:p>
      <w:pPr>
        <w:pStyle w:val="ListBullet"/>
        <w:spacing w:after="80"/>
      </w:pPr>
      <w:r>
        <w:t>Joseph invites them to dinner</w:t>
      </w:r>
    </w:p>
    <w:p>
      <w:pPr>
        <w:pStyle w:val="ListBullet"/>
        <w:spacing w:after="80"/>
      </w:pPr>
      <w:r>
        <w:t>Joseph is overcome with emotion, leaves and weeps</w:t>
      </w:r>
    </w:p>
    <w:p>
      <w:pPr>
        <w:pStyle w:val="ListBullet"/>
        <w:spacing w:after="80"/>
      </w:pPr>
      <w:r>
        <w:t>Joseph orders food prepared, Benjamin's portion five times more</w:t>
      </w:r>
    </w:p>
    <w:p>
      <w:pPr>
        <w:pStyle w:val="ListBullet"/>
        <w:spacing w:after="80"/>
      </w:pPr>
      <w:r>
        <w:t>Joseph tests them again with silver in Benjamin's sack</w:t>
      </w:r>
    </w:p>
    <w:p>
      <w:pPr>
        <w:spacing w:before="280" w:after="80"/>
        <w:pBdr>
          <w:bottom w:val="single" w:sz="6" w:space="1" w:color="2F5496"/>
        </w:pBdr>
      </w:pPr>
      <w:r>
        <w:rPr>
          <w:b/>
          <w:color w:val="2F5496"/>
          <w:sz w:val="24"/>
        </w:rPr>
        <w:t>THEOLOGICAL SIGNIFICANCE</w:t>
      </w:r>
    </w:p>
    <w:p>
      <w:pPr>
        <w:pStyle w:val="ListBullet"/>
        <w:spacing w:after="80"/>
      </w:pPr>
      <w:r>
        <w:t>Love can be reluctant but necessary</w:t>
      </w:r>
    </w:p>
    <w:p>
      <w:pPr>
        <w:pStyle w:val="ListBullet"/>
        <w:spacing w:after="80"/>
      </w:pPr>
      <w:r>
        <w:t>Favoritism creates tension</w:t>
      </w:r>
    </w:p>
    <w:p>
      <w:pPr>
        <w:pStyle w:val="ListBullet"/>
        <w:spacing w:after="80"/>
      </w:pPr>
      <w:r>
        <w:t>God's provision comes through unexpected means</w:t>
      </w:r>
    </w:p>
    <w:p>
      <w:pPr>
        <w:spacing w:after="160" w:line="276" w:lineRule="auto"/>
      </w:pPr>
      <w:r>
        <w:t>---</w:t>
      </w:r>
    </w:p>
    <w:p>
      <w:pPr>
        <w:spacing w:before="280" w:after="80"/>
        <w:pBdr>
          <w:bottom w:val="single" w:sz="6" w:space="1" w:color="2F5496"/>
        </w:pBdr>
      </w:pPr>
      <w:r>
        <w:rPr>
          <w:b/>
          <w:color w:val="2F5496"/>
          <w:sz w:val="24"/>
        </w:rPr>
        <w:t>CHAPTER 44: JOSEPH TESTS HIS BROTHERS</w:t>
      </w:r>
    </w:p>
    <w:p>
      <w:pPr>
        <w:spacing w:before="280" w:after="80"/>
        <w:pBdr>
          <w:bottom w:val="single" w:sz="6" w:space="1" w:color="2F5496"/>
        </w:pBdr>
      </w:pPr>
      <w:r>
        <w:rPr>
          <w:b/>
          <w:color w:val="2F5496"/>
          <w:sz w:val="24"/>
        </w:rPr>
        <w:t>OVERVIEW</w:t>
      </w:r>
    </w:p>
    <w:p>
      <w:pPr>
        <w:spacing w:after="160" w:line="276" w:lineRule="auto"/>
      </w:pPr>
      <w:r>
        <w:t>Joseph tests his brothers with the silver cup.</w:t>
      </w:r>
    </w:p>
    <w:p>
      <w:pPr>
        <w:spacing w:before="280" w:after="80"/>
        <w:pBdr>
          <w:bottom w:val="single" w:sz="6" w:space="1" w:color="2F5496"/>
        </w:pBdr>
      </w:pPr>
      <w:r>
        <w:rPr>
          <w:b/>
          <w:color w:val="2F5496"/>
          <w:sz w:val="24"/>
        </w:rPr>
        <w:t>KEY THEMES</w:t>
      </w:r>
    </w:p>
    <w:p>
      <w:pPr>
        <w:pStyle w:val="ListBullet"/>
        <w:spacing w:after="80"/>
      </w:pPr>
      <w:r>
        <w:t>**Testing**: Joseph tests their character</w:t>
      </w:r>
    </w:p>
    <w:p>
      <w:pPr>
        <w:pStyle w:val="ListBullet"/>
        <w:spacing w:after="80"/>
      </w:pPr>
      <w:r>
        <w:t>**Repentance**: Judah's plea shows transformation</w:t>
      </w:r>
    </w:p>
    <w:p>
      <w:pPr>
        <w:pStyle w:val="ListBullet"/>
        <w:spacing w:after="80"/>
      </w:pPr>
      <w:r>
        <w:t>**Compassion**: Joseph's emotions overwhelm him</w:t>
      </w:r>
    </w:p>
    <w:p>
      <w:pPr>
        <w:spacing w:before="280" w:after="80"/>
        <w:pBdr>
          <w:bottom w:val="single" w:sz="6" w:space="1" w:color="2F5496"/>
        </w:pBdr>
      </w:pPr>
      <w:r>
        <w:rPr>
          <w:b/>
          <w:color w:val="2F5496"/>
          <w:sz w:val="24"/>
        </w:rPr>
        <w:t>DETAILED BREAKDOWN</w:t>
      </w:r>
    </w:p>
    <w:p>
      <w:pPr>
        <w:pStyle w:val="ListBullet"/>
        <w:spacing w:after="80"/>
      </w:pPr>
      <w:r>
        <w:t>Joseph instructs servant to put silver in Benjamin's sack</w:t>
      </w:r>
    </w:p>
    <w:p>
      <w:pPr>
        <w:pStyle w:val="ListBullet"/>
        <w:spacing w:after="80"/>
      </w:pPr>
      <w:r>
        <w:t>Joseph pursues brothers, finds silver in Benjamin's sack</w:t>
      </w:r>
    </w:p>
    <w:p>
      <w:pPr>
        <w:pStyle w:val="ListBullet"/>
        <w:spacing w:after="80"/>
      </w:pPr>
      <w:r>
        <w:t>Judah pleads for Benjamin's life</w:t>
      </w:r>
    </w:p>
    <w:p>
      <w:pPr>
        <w:pStyle w:val="ListBullet"/>
        <w:spacing w:after="80"/>
      </w:pPr>
      <w:r>
        <w:t>Judah offers himself as slave instead</w:t>
      </w:r>
    </w:p>
    <w:p>
      <w:pPr>
        <w:pStyle w:val="ListBullet"/>
        <w:spacing w:after="80"/>
      </w:pPr>
      <w:r>
        <w:t>Joseph cannot control emotions, reveals himself</w:t>
      </w:r>
    </w:p>
    <w:p>
      <w:pPr>
        <w:spacing w:before="280" w:after="80"/>
        <w:pBdr>
          <w:bottom w:val="single" w:sz="6" w:space="1" w:color="2F5496"/>
        </w:pBdr>
      </w:pPr>
      <w:r>
        <w:rPr>
          <w:b/>
          <w:color w:val="2F5496"/>
          <w:sz w:val="24"/>
        </w:rPr>
        <w:t>THEOLOGICAL SIGNIFICANCE</w:t>
      </w:r>
    </w:p>
    <w:p>
      <w:pPr>
        <w:pStyle w:val="ListBullet"/>
        <w:spacing w:after="80"/>
      </w:pPr>
      <w:r>
        <w:t>True repentance changes our actions</w:t>
      </w:r>
    </w:p>
    <w:p>
      <w:pPr>
        <w:pStyle w:val="ListBullet"/>
        <w:spacing w:after="80"/>
      </w:pPr>
      <w:r>
        <w:t>Love is willing to sacrifice</w:t>
      </w:r>
    </w:p>
    <w:p>
      <w:pPr>
        <w:pStyle w:val="ListBullet"/>
        <w:spacing w:after="80"/>
      </w:pPr>
      <w:r>
        <w:t>Emotions reflect genuine care</w:t>
      </w:r>
    </w:p>
    <w:p>
      <w:pPr>
        <w:spacing w:after="160" w:line="276" w:lineRule="auto"/>
      </w:pPr>
      <w:r>
        <w:t>---</w:t>
      </w:r>
    </w:p>
    <w:p>
      <w:pPr>
        <w:spacing w:before="280" w:after="80"/>
        <w:pBdr>
          <w:bottom w:val="single" w:sz="6" w:space="1" w:color="2F5496"/>
        </w:pBdr>
      </w:pPr>
      <w:r>
        <w:rPr>
          <w:b/>
          <w:color w:val="2F5496"/>
          <w:sz w:val="24"/>
        </w:rPr>
        <w:t>CHAPTER 45: JOSEPH REVEALS HIMSELF</w:t>
      </w:r>
    </w:p>
    <w:p>
      <w:pPr>
        <w:spacing w:before="280" w:after="80"/>
        <w:pBdr>
          <w:bottom w:val="single" w:sz="6" w:space="1" w:color="2F5496"/>
        </w:pBdr>
      </w:pPr>
      <w:r>
        <w:rPr>
          <w:b/>
          <w:color w:val="2F5496"/>
          <w:sz w:val="24"/>
        </w:rPr>
        <w:t>OVERVIEW</w:t>
      </w:r>
    </w:p>
    <w:p>
      <w:pPr>
        <w:spacing w:after="160" w:line="276" w:lineRule="auto"/>
      </w:pPr>
      <w:r>
        <w:t>Joseph reveals his identity to his brothers.</w:t>
      </w:r>
    </w:p>
    <w:p>
      <w:pPr>
        <w:spacing w:before="280" w:after="80"/>
        <w:pBdr>
          <w:bottom w:val="single" w:sz="6" w:space="1" w:color="2F5496"/>
        </w:pBdr>
      </w:pPr>
      <w:r>
        <w:rPr>
          <w:b/>
          <w:color w:val="2F5496"/>
          <w:sz w:val="24"/>
        </w:rPr>
        <w:t>KEY THEMES</w:t>
      </w:r>
    </w:p>
    <w:p>
      <w:pPr>
        <w:pStyle w:val="ListBullet"/>
        <w:spacing w:after="80"/>
      </w:pPr>
      <w:r>
        <w:t>**Revelation**: Joseph reveals himself</w:t>
      </w:r>
    </w:p>
    <w:p>
      <w:pPr>
        <w:pStyle w:val="ListBullet"/>
        <w:spacing w:after="80"/>
      </w:pPr>
      <w:r>
        <w:t>**Reconciliation**: Brothers reconciled</w:t>
      </w:r>
    </w:p>
    <w:p>
      <w:pPr>
        <w:pStyle w:val="ListBullet"/>
        <w:spacing w:after="80"/>
      </w:pPr>
      <w:r>
        <w:t>**Providence**: God sent Joseph ahead</w:t>
      </w:r>
    </w:p>
    <w:p>
      <w:pPr>
        <w:spacing w:before="280" w:after="80"/>
        <w:pBdr>
          <w:bottom w:val="single" w:sz="6" w:space="1" w:color="2F5496"/>
        </w:pBdr>
      </w:pPr>
      <w:r>
        <w:rPr>
          <w:b/>
          <w:color w:val="2F5496"/>
          <w:sz w:val="24"/>
        </w:rPr>
        <w:t>DETAILED BREAKDOWN</w:t>
      </w:r>
    </w:p>
    <w:p>
      <w:pPr>
        <w:pStyle w:val="ListBullet"/>
        <w:spacing w:after="80"/>
      </w:pPr>
      <w:r>
        <w:t>Joseph reveals himself: "I am Joseph!"</w:t>
      </w:r>
    </w:p>
    <w:p>
      <w:pPr>
        <w:pStyle w:val="ListBullet"/>
        <w:spacing w:after="80"/>
      </w:pPr>
      <w:r>
        <w:t>Brothers are stunned, afraid</w:t>
      </w:r>
    </w:p>
    <w:p>
      <w:pPr>
        <w:pStyle w:val="ListBullet"/>
        <w:spacing w:after="80"/>
      </w:pPr>
      <w:r>
        <w:t>Joseph reassures them: "God sent me ahead of you"</w:t>
      </w:r>
    </w:p>
    <w:p>
      <w:pPr>
        <w:pStyle w:val="ListBullet"/>
        <w:spacing w:after="80"/>
      </w:pPr>
      <w:r>
        <w:t>Joseph explains famine will last five more years</w:t>
      </w:r>
    </w:p>
    <w:p>
      <w:pPr>
        <w:pStyle w:val="ListBullet"/>
        <w:spacing w:after="80"/>
      </w:pPr>
      <w:r>
        <w:t>Joseph commands them to bring Jacob to Egypt</w:t>
      </w:r>
    </w:p>
    <w:p>
      <w:pPr>
        <w:pStyle w:val="ListBullet"/>
        <w:spacing w:after="80"/>
      </w:pPr>
      <w:r>
        <w:t>Joseph embraces Benjamin, weeps</w:t>
      </w:r>
    </w:p>
    <w:p>
      <w:pPr>
        <w:pStyle w:val="ListBullet"/>
        <w:spacing w:after="80"/>
      </w:pPr>
      <w:r>
        <w:t>Joseph sends brothers with provisions</w:t>
      </w:r>
    </w:p>
    <w:p>
      <w:pPr>
        <w:spacing w:before="280" w:after="80"/>
        <w:pBdr>
          <w:bottom w:val="single" w:sz="6" w:space="1" w:color="2F5496"/>
        </w:pBdr>
      </w:pPr>
      <w:r>
        <w:rPr>
          <w:b/>
          <w:color w:val="2F5496"/>
          <w:sz w:val="24"/>
        </w:rPr>
        <w:t>THEOLOGICAL SIGNIFICANCE</w:t>
      </w:r>
    </w:p>
    <w:p>
      <w:pPr>
        <w:pStyle w:val="ListBullet"/>
        <w:spacing w:after="80"/>
      </w:pPr>
      <w:r>
        <w:t>God works all things together for good</w:t>
      </w:r>
    </w:p>
    <w:p>
      <w:pPr>
        <w:pStyle w:val="ListBullet"/>
        <w:spacing w:after="80"/>
      </w:pPr>
      <w:r>
        <w:t>Reconciliation requires grace</w:t>
      </w:r>
    </w:p>
    <w:p>
      <w:pPr>
        <w:pStyle w:val="ListBullet"/>
        <w:spacing w:after="80"/>
      </w:pPr>
      <w:r>
        <w:t>Providence guides our lives</w:t>
      </w:r>
    </w:p>
    <w:p>
      <w:pPr>
        <w:spacing w:after="160" w:line="276" w:lineRule="auto"/>
      </w:pPr>
      <w:r>
        <w:t>---</w:t>
      </w:r>
    </w:p>
    <w:p>
      <w:pPr>
        <w:spacing w:before="280" w:after="80"/>
        <w:pBdr>
          <w:bottom w:val="single" w:sz="6" w:space="1" w:color="2F5496"/>
        </w:pBdr>
      </w:pPr>
      <w:r>
        <w:rPr>
          <w:b/>
          <w:color w:val="2F5496"/>
          <w:sz w:val="24"/>
        </w:rPr>
        <w:t>CHAPTER 46: JACOB MOVES TO EGYPT</w:t>
      </w:r>
    </w:p>
    <w:p>
      <w:pPr>
        <w:spacing w:before="280" w:after="80"/>
        <w:pBdr>
          <w:bottom w:val="single" w:sz="6" w:space="1" w:color="2F5496"/>
        </w:pBdr>
      </w:pPr>
      <w:r>
        <w:rPr>
          <w:b/>
          <w:color w:val="2F5496"/>
          <w:sz w:val="24"/>
        </w:rPr>
        <w:t>OVERVIEW</w:t>
      </w:r>
    </w:p>
    <w:p>
      <w:pPr>
        <w:spacing w:after="160" w:line="276" w:lineRule="auto"/>
      </w:pPr>
      <w:r>
        <w:t>Jacob and his family move to Egypt.</w:t>
      </w:r>
    </w:p>
    <w:p>
      <w:pPr>
        <w:spacing w:before="280" w:after="80"/>
        <w:pBdr>
          <w:bottom w:val="single" w:sz="6" w:space="1" w:color="2F5496"/>
        </w:pBdr>
      </w:pPr>
      <w:r>
        <w:rPr>
          <w:b/>
          <w:color w:val="2F5496"/>
          <w:sz w:val="24"/>
        </w:rPr>
        <w:t>KEY THEMES</w:t>
      </w:r>
    </w:p>
    <w:p>
      <w:pPr>
        <w:pStyle w:val="ListBullet"/>
        <w:spacing w:after="80"/>
      </w:pPr>
      <w:r>
        <w:t>**Journey**: Israel moves to Egypt</w:t>
      </w:r>
    </w:p>
    <w:p>
      <w:pPr>
        <w:pStyle w:val="ListBullet"/>
        <w:spacing w:after="80"/>
      </w:pPr>
      <w:r>
        <w:t>**Confirmation**: God confirms Jacob's journey</w:t>
      </w:r>
    </w:p>
    <w:p>
      <w:pPr>
        <w:pStyle w:val="ListBullet"/>
        <w:spacing w:after="80"/>
      </w:pPr>
      <w:r>
        <w:t>**Family**: List of Jacob's descendants</w:t>
      </w:r>
    </w:p>
    <w:p>
      <w:pPr>
        <w:spacing w:before="280" w:after="80"/>
        <w:pBdr>
          <w:bottom w:val="single" w:sz="6" w:space="1" w:color="2F5496"/>
        </w:pBdr>
      </w:pPr>
      <w:r>
        <w:rPr>
          <w:b/>
          <w:color w:val="2F5496"/>
          <w:sz w:val="24"/>
        </w:rPr>
        <w:t>DETAILED BREAKDOWN</w:t>
      </w:r>
    </w:p>
    <w:p>
      <w:pPr>
        <w:pStyle w:val="ListBullet"/>
        <w:spacing w:after="80"/>
      </w:pPr>
      <w:r>
        <w:t>Jacob travels to Beersheba</w:t>
      </w:r>
    </w:p>
    <w:p>
      <w:pPr>
        <w:pStyle w:val="ListBullet"/>
        <w:spacing w:after="80"/>
      </w:pPr>
      <w:r>
        <w:t>God speaks to Jacob in night visions</w:t>
      </w:r>
    </w:p>
    <w:p>
      <w:pPr>
        <w:pStyle w:val="ListBullet"/>
        <w:spacing w:after="80"/>
      </w:pPr>
      <w:r>
        <w:t>God confirms Jacob will go to Egypt, return, and Joseph will close his eyes</w:t>
      </w:r>
    </w:p>
    <w:p>
      <w:pPr>
        <w:pStyle w:val="ListBullet"/>
        <w:spacing w:after="80"/>
      </w:pPr>
      <w:r>
        <w:t>Jacob takes family to Egypt</w:t>
      </w:r>
    </w:p>
    <w:p>
      <w:pPr>
        <w:pStyle w:val="ListBullet"/>
        <w:spacing w:after="80"/>
      </w:pPr>
      <w:r>
        <w:t>List of Jacob's descendants: 70 total</w:t>
      </w:r>
    </w:p>
    <w:p>
      <w:pPr>
        <w:pStyle w:val="ListBullet"/>
        <w:spacing w:after="80"/>
      </w:pPr>
      <w:r>
        <w:t>Joseph meets Jacob, weeps on his neck</w:t>
      </w:r>
    </w:p>
    <w:p>
      <w:pPr>
        <w:pStyle w:val="ListBullet"/>
        <w:spacing w:after="80"/>
      </w:pPr>
      <w:r>
        <w:t>Joseph instructs brothers to tell Pharaoh they are shepherds</w:t>
      </w:r>
    </w:p>
    <w:p>
      <w:pPr>
        <w:spacing w:before="280" w:after="80"/>
        <w:pBdr>
          <w:bottom w:val="single" w:sz="6" w:space="1" w:color="2F5496"/>
        </w:pBdr>
      </w:pPr>
      <w:r>
        <w:rPr>
          <w:b/>
          <w:color w:val="2F5496"/>
          <w:sz w:val="24"/>
        </w:rPr>
        <w:t>THEOLOGICAL SIGNIFICANCE</w:t>
      </w:r>
    </w:p>
    <w:p>
      <w:pPr>
        <w:pStyle w:val="ListBullet"/>
        <w:spacing w:after="80"/>
      </w:pPr>
      <w:r>
        <w:t>God confirms His plans in visions</w:t>
      </w:r>
    </w:p>
    <w:p>
      <w:pPr>
        <w:pStyle w:val="ListBullet"/>
        <w:spacing w:after="80"/>
      </w:pPr>
      <w:r>
        <w:t>Family is central to God's purposes</w:t>
      </w:r>
    </w:p>
    <w:p>
      <w:pPr>
        <w:pStyle w:val="ListBullet"/>
        <w:spacing w:after="80"/>
      </w:pPr>
      <w:r>
        <w:t>God's presence guides our journeys</w:t>
      </w:r>
    </w:p>
    <w:p>
      <w:pPr>
        <w:spacing w:after="160" w:line="276" w:lineRule="auto"/>
      </w:pPr>
      <w:r>
        <w:t>---</w:t>
      </w:r>
    </w:p>
    <w:p>
      <w:pPr>
        <w:spacing w:before="280" w:after="80"/>
        <w:pBdr>
          <w:bottom w:val="single" w:sz="6" w:space="1" w:color="2F5496"/>
        </w:pBdr>
      </w:pPr>
      <w:r>
        <w:rPr>
          <w:b/>
          <w:color w:val="2F5496"/>
          <w:sz w:val="24"/>
        </w:rPr>
        <w:t>CHAPTER 47: JOSEPH AND PHARAOH</w:t>
      </w:r>
    </w:p>
    <w:p>
      <w:pPr>
        <w:spacing w:before="280" w:after="80"/>
        <w:pBdr>
          <w:bottom w:val="single" w:sz="6" w:space="1" w:color="2F5496"/>
        </w:pBdr>
      </w:pPr>
      <w:r>
        <w:rPr>
          <w:b/>
          <w:color w:val="2F5496"/>
          <w:sz w:val="24"/>
        </w:rPr>
        <w:t>OVERVIEW</w:t>
      </w:r>
    </w:p>
    <w:p>
      <w:pPr>
        <w:spacing w:after="160" w:line="276" w:lineRule="auto"/>
      </w:pPr>
      <w:r>
        <w:t>Joseph manages Egypt's economy during famine.</w:t>
      </w:r>
    </w:p>
    <w:p>
      <w:pPr>
        <w:spacing w:before="280" w:after="80"/>
        <w:pBdr>
          <w:bottom w:val="single" w:sz="6" w:space="1" w:color="2F5496"/>
        </w:pBdr>
      </w:pPr>
      <w:r>
        <w:rPr>
          <w:b/>
          <w:color w:val="2F5496"/>
          <w:sz w:val="24"/>
        </w:rPr>
        <w:t>KEY THEMES</w:t>
      </w:r>
    </w:p>
    <w:p>
      <w:pPr>
        <w:pStyle w:val="ListBullet"/>
        <w:spacing w:after="80"/>
      </w:pPr>
      <w:r>
        <w:t>**Economy**: Joseph's economic policies</w:t>
      </w:r>
    </w:p>
    <w:p>
      <w:pPr>
        <w:pStyle w:val="ListBullet"/>
        <w:spacing w:after="80"/>
      </w:pPr>
      <w:r>
        <w:t>**Settlement**: Israel settles in Goshen</w:t>
      </w:r>
    </w:p>
    <w:p>
      <w:pPr>
        <w:pStyle w:val="ListBullet"/>
        <w:spacing w:after="80"/>
      </w:pPr>
      <w:r>
        <w:t>** provision**: God provides for His people</w:t>
      </w:r>
    </w:p>
    <w:p>
      <w:pPr>
        <w:spacing w:before="280" w:after="80"/>
        <w:pBdr>
          <w:bottom w:val="single" w:sz="6" w:space="1" w:color="2F5496"/>
        </w:pBdr>
      </w:pPr>
      <w:r>
        <w:rPr>
          <w:b/>
          <w:color w:val="2F5496"/>
          <w:sz w:val="24"/>
        </w:rPr>
        <w:t>DETAILED BREAKDOWN</w:t>
      </w:r>
    </w:p>
    <w:p>
      <w:pPr>
        <w:pStyle w:val="ListBullet"/>
        <w:spacing w:after="80"/>
      </w:pPr>
      <w:r>
        <w:t>Joseph presents five brothers to Pharaoh</w:t>
      </w:r>
    </w:p>
    <w:p>
      <w:pPr>
        <w:pStyle w:val="ListBullet"/>
        <w:spacing w:after="80"/>
      </w:pPr>
      <w:r>
        <w:t>Pharaoh puts Joseph's family in Goshen</w:t>
      </w:r>
    </w:p>
    <w:p>
      <w:pPr>
        <w:pStyle w:val="ListBullet"/>
        <w:spacing w:after="80"/>
      </w:pPr>
      <w:r>
        <w:t>Joseph buys all land for Pharaoh during famine</w:t>
      </w:r>
    </w:p>
    <w:p>
      <w:pPr>
        <w:pStyle w:val="ListBullet"/>
        <w:spacing w:after="80"/>
      </w:pPr>
      <w:r>
        <w:t>Joseph establishes tax system</w:t>
      </w:r>
    </w:p>
    <w:p>
      <w:pPr>
        <w:pStyle w:val="ListBullet"/>
        <w:spacing w:after="80"/>
      </w:pPr>
      <w:r>
        <w:t>Israel settles in Goshen, multiplies greatly</w:t>
      </w:r>
    </w:p>
    <w:p>
      <w:pPr>
        <w:pStyle w:val="ListBullet"/>
        <w:spacing w:after="80"/>
      </w:pPr>
      <w:r>
        <w:t>Jacob blesses Pharaoh</w:t>
      </w:r>
    </w:p>
    <w:p>
      <w:pPr>
        <w:pStyle w:val="ListBullet"/>
        <w:spacing w:after="80"/>
      </w:pPr>
      <w:r>
        <w:t>Jacob makes Joseph swear to bury him in Canaan</w:t>
      </w:r>
    </w:p>
    <w:p>
      <w:pPr>
        <w:spacing w:before="280" w:after="80"/>
        <w:pBdr>
          <w:bottom w:val="single" w:sz="6" w:space="1" w:color="2F5496"/>
        </w:pBdr>
      </w:pPr>
      <w:r>
        <w:rPr>
          <w:b/>
          <w:color w:val="2F5496"/>
          <w:sz w:val="24"/>
        </w:rPr>
        <w:t>THEOLOGICAL SIGNIFICANCE</w:t>
      </w:r>
    </w:p>
    <w:p>
      <w:pPr>
        <w:pStyle w:val="ListBullet"/>
        <w:spacing w:after="80"/>
      </w:pPr>
      <w:r>
        <w:t>God provides through wise leadership</w:t>
      </w:r>
    </w:p>
    <w:p>
      <w:pPr>
        <w:pStyle w:val="ListBullet"/>
        <w:spacing w:after="80"/>
      </w:pPr>
      <w:r>
        <w:t>Settlement in a land is temporary</w:t>
      </w:r>
    </w:p>
    <w:p>
      <w:pPr>
        <w:pStyle w:val="ListBullet"/>
        <w:spacing w:after="80"/>
      </w:pPr>
      <w:r>
        <w:t>Blessing extends to those who bless God's people</w:t>
      </w:r>
    </w:p>
    <w:p>
      <w:pPr>
        <w:spacing w:after="160" w:line="276" w:lineRule="auto"/>
      </w:pPr>
      <w:r>
        <w:t>---</w:t>
      </w:r>
    </w:p>
    <w:p>
      <w:pPr>
        <w:spacing w:before="280" w:after="80"/>
        <w:pBdr>
          <w:bottom w:val="single" w:sz="6" w:space="1" w:color="2F5496"/>
        </w:pBdr>
      </w:pPr>
      <w:r>
        <w:rPr>
          <w:b/>
          <w:color w:val="2F5496"/>
          <w:sz w:val="24"/>
        </w:rPr>
        <w:t>CHAPTER 48: JOSEPH'S SONS BLESSING</w:t>
      </w:r>
    </w:p>
    <w:p>
      <w:pPr>
        <w:spacing w:before="280" w:after="80"/>
        <w:pBdr>
          <w:bottom w:val="single" w:sz="6" w:space="1" w:color="2F5496"/>
        </w:pBdr>
      </w:pPr>
      <w:r>
        <w:rPr>
          <w:b/>
          <w:color w:val="2F5496"/>
          <w:sz w:val="24"/>
        </w:rPr>
        <w:t>OVERVIEW</w:t>
      </w:r>
    </w:p>
    <w:p>
      <w:pPr>
        <w:spacing w:after="160" w:line="276" w:lineRule="auto"/>
      </w:pPr>
      <w:r>
        <w:t>Jacob blesses Ephraim and Manasseh, crossing his hands.</w:t>
      </w:r>
    </w:p>
    <w:p>
      <w:pPr>
        <w:spacing w:before="280" w:after="80"/>
        <w:pBdr>
          <w:bottom w:val="single" w:sz="6" w:space="1" w:color="2F5496"/>
        </w:pBdr>
      </w:pPr>
      <w:r>
        <w:rPr>
          <w:b/>
          <w:color w:val="2F5496"/>
          <w:sz w:val="24"/>
        </w:rPr>
        <w:t>KEY THEMES</w:t>
      </w:r>
    </w:p>
    <w:p>
      <w:pPr>
        <w:pStyle w:val="ListBullet"/>
        <w:spacing w:after="80"/>
      </w:pPr>
      <w:r>
        <w:t>**Blessing**: Jacob blesses Joseph's sons</w:t>
      </w:r>
    </w:p>
    <w:p>
      <w:pPr>
        <w:pStyle w:val="ListBullet"/>
        <w:spacing w:after="80"/>
      </w:pPr>
      <w:r>
        <w:t>**Providence**: Ephraim greater than Manasseh</w:t>
      </w:r>
    </w:p>
    <w:p>
      <w:pPr>
        <w:pStyle w:val="ListBullet"/>
        <w:spacing w:after="80"/>
      </w:pPr>
      <w:r>
        <w:t>**Adoption**: Sons become tribes of Israel</w:t>
      </w:r>
    </w:p>
    <w:p>
      <w:pPr>
        <w:spacing w:before="280" w:after="80"/>
        <w:pBdr>
          <w:bottom w:val="single" w:sz="6" w:space="1" w:color="2F5496"/>
        </w:pBdr>
      </w:pPr>
      <w:r>
        <w:rPr>
          <w:b/>
          <w:color w:val="2F5496"/>
          <w:sz w:val="24"/>
        </w:rPr>
        <w:t>DETAILED BREAKDOWN</w:t>
      </w:r>
    </w:p>
    <w:p>
      <w:pPr>
        <w:pStyle w:val="ListBullet"/>
        <w:spacing w:after="80"/>
      </w:pPr>
      <w:r>
        <w:t>Joseph brings sons to Jacob</w:t>
      </w:r>
    </w:p>
    <w:p>
      <w:pPr>
        <w:pStyle w:val="ListBullet"/>
        <w:spacing w:after="80"/>
      </w:pPr>
      <w:r>
        <w:t>Jacob adopts Ephraim and Manasseh as his own</w:t>
      </w:r>
    </w:p>
    <w:p>
      <w:pPr>
        <w:pStyle w:val="ListBullet"/>
        <w:spacing w:after="80"/>
      </w:pPr>
      <w:r>
        <w:t>Jacob crosses hands, puts Ephraim right hand on Ephraim</w:t>
      </w:r>
    </w:p>
    <w:p>
      <w:pPr>
        <w:pStyle w:val="ListBullet"/>
        <w:spacing w:after="80"/>
      </w:pPr>
      <w:r>
        <w:t>Joseph tries to correct Jacob, but Jacob insists</w:t>
      </w:r>
    </w:p>
    <w:p>
      <w:pPr>
        <w:pStyle w:val="ListBullet"/>
        <w:spacing w:after="80"/>
      </w:pPr>
      <w:r>
        <w:t>Jacob blesses them, saying Ephraim will be greater</w:t>
      </w:r>
    </w:p>
    <w:p>
      <w:pPr>
        <w:pStyle w:val="ListBullet"/>
        <w:spacing w:after="80"/>
      </w:pPr>
      <w:r>
        <w:t>Jacob recalls God's promises to Abraham, Isaac</w:t>
      </w:r>
    </w:p>
    <w:p>
      <w:pPr>
        <w:pStyle w:val="ListBullet"/>
        <w:spacing w:after="80"/>
      </w:pPr>
      <w:r>
        <w:t>Jacob asks Joseph to bury him in Canaan</w:t>
      </w:r>
    </w:p>
    <w:p>
      <w:pPr>
        <w:spacing w:before="280" w:after="80"/>
        <w:pBdr>
          <w:bottom w:val="single" w:sz="6" w:space="1" w:color="2F5496"/>
        </w:pBdr>
      </w:pPr>
      <w:r>
        <w:rPr>
          <w:b/>
          <w:color w:val="2F5496"/>
          <w:sz w:val="24"/>
        </w:rPr>
        <w:t>THEOLOGICAL SIGNIFICANCE</w:t>
      </w:r>
    </w:p>
    <w:p>
      <w:pPr>
        <w:pStyle w:val="ListBullet"/>
        <w:spacing w:after="80"/>
      </w:pPr>
      <w:r>
        <w:t>God's blessing transcends birth order</w:t>
      </w:r>
    </w:p>
    <w:p>
      <w:pPr>
        <w:pStyle w:val="ListBullet"/>
        <w:spacing w:after="80"/>
      </w:pPr>
      <w:r>
        <w:t>Adoption brings inclusion in God's family</w:t>
      </w:r>
    </w:p>
    <w:p>
      <w:pPr>
        <w:pStyle w:val="ListBullet"/>
        <w:spacing w:after="80"/>
      </w:pPr>
      <w:r>
        <w:t>Blessing reflects God's sovereign choice</w:t>
      </w:r>
    </w:p>
    <w:p>
      <w:pPr>
        <w:spacing w:after="160" w:line="276" w:lineRule="auto"/>
      </w:pPr>
      <w:r>
        <w:t>---</w:t>
      </w:r>
    </w:p>
    <w:p>
      <w:pPr>
        <w:spacing w:before="280" w:after="80"/>
        <w:pBdr>
          <w:bottom w:val="single" w:sz="6" w:space="1" w:color="2F5496"/>
        </w:pBdr>
      </w:pPr>
      <w:r>
        <w:rPr>
          <w:b/>
          <w:color w:val="2F5496"/>
          <w:sz w:val="24"/>
        </w:rPr>
        <w:t>CHAPTER 49: JACOB'S FINAL BLESSINGS</w:t>
      </w:r>
    </w:p>
    <w:p>
      <w:pPr>
        <w:spacing w:before="280" w:after="80"/>
        <w:pBdr>
          <w:bottom w:val="single" w:sz="6" w:space="1" w:color="2F5496"/>
        </w:pBdr>
      </w:pPr>
      <w:r>
        <w:rPr>
          <w:b/>
          <w:color w:val="2F5496"/>
          <w:sz w:val="24"/>
        </w:rPr>
        <w:t>OVERVIEW</w:t>
      </w:r>
    </w:p>
    <w:p>
      <w:pPr>
        <w:spacing w:after="160" w:line="276" w:lineRule="auto"/>
      </w:pPr>
      <w:r>
        <w:t>Jacob blesses each of his sons with prophetic words.</w:t>
      </w:r>
    </w:p>
    <w:p>
      <w:pPr>
        <w:spacing w:before="280" w:after="80"/>
        <w:pBdr>
          <w:bottom w:val="single" w:sz="6" w:space="1" w:color="2F5496"/>
        </w:pBdr>
      </w:pPr>
      <w:r>
        <w:rPr>
          <w:b/>
          <w:color w:val="2F5496"/>
          <w:sz w:val="24"/>
        </w:rPr>
        <w:t>KEY THEMES</w:t>
      </w:r>
    </w:p>
    <w:p>
      <w:pPr>
        <w:pStyle w:val="ListBullet"/>
        <w:spacing w:after="80"/>
      </w:pPr>
      <w:r>
        <w:t>**Prophecy**: Blessings for each tribe</w:t>
      </w:r>
    </w:p>
    <w:p>
      <w:pPr>
        <w:pStyle w:val="ListBullet"/>
        <w:spacing w:after="80"/>
      </w:pPr>
      <w:r>
        <w:t>**Character**: Blessings reflect each son's character</w:t>
      </w:r>
    </w:p>
    <w:p>
      <w:pPr>
        <w:pStyle w:val="ListBullet"/>
        <w:spacing w:after="80"/>
      </w:pPr>
      <w:r>
        <w:t>**Hope**: Judah points to the Messiah</w:t>
      </w:r>
    </w:p>
    <w:p>
      <w:pPr>
        <w:spacing w:before="280" w:after="80"/>
        <w:pBdr>
          <w:bottom w:val="single" w:sz="6" w:space="1" w:color="2F5496"/>
        </w:pBdr>
      </w:pPr>
      <w:r>
        <w:rPr>
          <w:b/>
          <w:color w:val="2F5496"/>
          <w:sz w:val="24"/>
        </w:rPr>
        <w:t>DETAILED BREAKDOWN</w:t>
      </w:r>
    </w:p>
    <w:p>
      <w:pPr>
        <w:pStyle w:val="ListBullet"/>
        <w:spacing w:after="80"/>
      </w:pPr>
      <w:r>
        <w:t>Reuben: unstable, lost birthright</w:t>
      </w:r>
    </w:p>
    <w:p>
      <w:pPr>
        <w:pStyle w:val="ListBullet"/>
        <w:spacing w:after="80"/>
      </w:pPr>
      <w:r>
        <w:t>Simeon and Levi: violent, scattered</w:t>
      </w:r>
    </w:p>
    <w:p>
      <w:pPr>
        <w:pStyle w:val="ListBullet"/>
        <w:spacing w:after="80"/>
      </w:pPr>
      <w:r>
        <w:t>Judah: lion, kingship, Shiloh (Messiah)</w:t>
      </w:r>
    </w:p>
    <w:p>
      <w:pPr>
        <w:pStyle w:val="ListBullet"/>
        <w:spacing w:after="80"/>
      </w:pPr>
      <w:r>
        <w:t>Zebulun: seashore, merchant</w:t>
      </w:r>
    </w:p>
    <w:p>
      <w:pPr>
        <w:pStyle w:val="ListBullet"/>
        <w:spacing w:after="80"/>
      </w:pPr>
      <w:r>
        <w:t>Issachar: strong donkey, servant</w:t>
      </w:r>
    </w:p>
    <w:p>
      <w:pPr>
        <w:pStyle w:val="ListBullet"/>
        <w:spacing w:after="80"/>
      </w:pPr>
      <w:r>
        <w:t>Dan: judge, serpent</w:t>
      </w:r>
    </w:p>
    <w:p>
      <w:pPr>
        <w:pStyle w:val="ListBullet"/>
        <w:spacing w:after="80"/>
      </w:pPr>
      <w:r>
        <w:t>Gad: raiders, raider</w:t>
      </w:r>
    </w:p>
    <w:p>
      <w:pPr>
        <w:pStyle w:val="ListBullet"/>
        <w:spacing w:after="80"/>
      </w:pPr>
      <w:r>
        <w:t>Asher: rich food, royal dainties</w:t>
      </w:r>
    </w:p>
    <w:p>
      <w:pPr>
        <w:pStyle w:val="ListBullet"/>
        <w:spacing w:after="80"/>
      </w:pPr>
      <w:r>
        <w:t>Naphtali: doe, beautiful words</w:t>
      </w:r>
    </w:p>
    <w:p>
      <w:pPr>
        <w:pStyle w:val="ListBullet"/>
        <w:spacing w:after="80"/>
      </w:pPr>
      <w:r>
        <w:t>Joseph: fruitfulness, blessing</w:t>
      </w:r>
    </w:p>
    <w:p>
      <w:pPr>
        <w:pStyle w:val="ListBullet"/>
        <w:spacing w:after="80"/>
      </w:pPr>
      <w:r>
        <w:t>Benjamin: ravenous wolf</w:t>
      </w:r>
    </w:p>
    <w:p>
      <w:pPr>
        <w:spacing w:before="280" w:after="80"/>
        <w:pBdr>
          <w:bottom w:val="single" w:sz="6" w:space="1" w:color="2F5496"/>
        </w:pBdr>
      </w:pPr>
      <w:r>
        <w:rPr>
          <w:b/>
          <w:color w:val="2F5496"/>
          <w:sz w:val="24"/>
        </w:rPr>
        <w:t>THEOLOGICAL SIGNIFICANCE</w:t>
      </w:r>
    </w:p>
    <w:p>
      <w:pPr>
        <w:pStyle w:val="ListBullet"/>
        <w:spacing w:after="80"/>
      </w:pPr>
      <w:r>
        <w:t>Blessings reflect character and destiny</w:t>
      </w:r>
    </w:p>
    <w:p>
      <w:pPr>
        <w:pStyle w:val="ListBullet"/>
        <w:spacing w:after="80"/>
      </w:pPr>
      <w:r>
        <w:t>Judah points to the Messiah</w:t>
      </w:r>
    </w:p>
    <w:p>
      <w:pPr>
        <w:pStyle w:val="ListBullet"/>
        <w:spacing w:after="80"/>
      </w:pPr>
      <w:r>
        <w:t>God's promises continue through each tribe</w:t>
      </w:r>
    </w:p>
    <w:p>
      <w:pPr>
        <w:spacing w:after="160" w:line="276" w:lineRule="auto"/>
      </w:pPr>
      <w:r>
        <w:t>---</w:t>
      </w:r>
    </w:p>
    <w:p>
      <w:pPr>
        <w:spacing w:before="280" w:after="80"/>
        <w:pBdr>
          <w:bottom w:val="single" w:sz="6" w:space="1" w:color="2F5496"/>
        </w:pBdr>
      </w:pPr>
      <w:r>
        <w:rPr>
          <w:b/>
          <w:color w:val="2F5496"/>
          <w:sz w:val="24"/>
        </w:rPr>
        <w:t>CHAPTER 50: JOSEPH AND JACOB'S DEATH</w:t>
      </w:r>
    </w:p>
    <w:p>
      <w:pPr>
        <w:spacing w:before="280" w:after="80"/>
        <w:pBdr>
          <w:bottom w:val="single" w:sz="6" w:space="1" w:color="2F5496"/>
        </w:pBdr>
      </w:pPr>
      <w:r>
        <w:rPr>
          <w:b/>
          <w:color w:val="2F5496"/>
          <w:sz w:val="24"/>
        </w:rPr>
        <w:t>OVERVIEW</w:t>
      </w:r>
    </w:p>
    <w:p>
      <w:pPr>
        <w:spacing w:after="160" w:line="276" w:lineRule="auto"/>
      </w:pPr>
      <w:r>
        <w:t>Jacob dies, Joseph reassures his brothers, Joseph dies.</w:t>
      </w:r>
    </w:p>
    <w:p>
      <w:pPr>
        <w:spacing w:before="280" w:after="80"/>
        <w:pBdr>
          <w:bottom w:val="single" w:sz="6" w:space="1" w:color="2F5496"/>
        </w:pBdr>
      </w:pPr>
      <w:r>
        <w:rPr>
          <w:b/>
          <w:color w:val="2F5496"/>
          <w:sz w:val="24"/>
        </w:rPr>
        <w:t>KEY THEMES</w:t>
      </w:r>
    </w:p>
    <w:p>
      <w:pPr>
        <w:pStyle w:val="ListBullet"/>
        <w:spacing w:after="80"/>
      </w:pPr>
      <w:r>
        <w:t>**Grief**: Jacob's death</w:t>
      </w:r>
    </w:p>
    <w:p>
      <w:pPr>
        <w:pStyle w:val="ListBullet"/>
        <w:spacing w:after="80"/>
      </w:pPr>
      <w:r>
        <w:t>**Reassurance**: Joseph reassures brothers</w:t>
      </w:r>
    </w:p>
    <w:p>
      <w:pPr>
        <w:pStyle w:val="ListBullet"/>
        <w:spacing w:after="80"/>
      </w:pPr>
      <w:r>
        <w:t>**Hope**: Joseph's faith in God's promise</w:t>
      </w:r>
    </w:p>
    <w:p>
      <w:pPr>
        <w:spacing w:before="280" w:after="80"/>
        <w:pBdr>
          <w:bottom w:val="single" w:sz="6" w:space="1" w:color="2F5496"/>
        </w:pBdr>
      </w:pPr>
      <w:r>
        <w:rPr>
          <w:b/>
          <w:color w:val="2F5496"/>
          <w:sz w:val="24"/>
        </w:rPr>
        <w:t>DETAILED BREAKDOWN</w:t>
      </w:r>
    </w:p>
    <w:p>
      <w:pPr>
        <w:pStyle w:val="ListBullet"/>
        <w:spacing w:after="80"/>
      </w:pPr>
      <w:r>
        <w:t>Joseph weeps, embalms Jacob</w:t>
      </w:r>
    </w:p>
    <w:p>
      <w:pPr>
        <w:pStyle w:val="ListBullet"/>
        <w:spacing w:after="80"/>
      </w:pPr>
      <w:r>
        <w:t>Jacob is buried in Machpelah cave</w:t>
      </w:r>
    </w:p>
    <w:p>
      <w:pPr>
        <w:pStyle w:val="ListBullet"/>
        <w:spacing w:after="80"/>
      </w:pPr>
      <w:r>
        <w:t>Brothers fear Joseph's revenge</w:t>
      </w:r>
    </w:p>
    <w:p>
      <w:pPr>
        <w:pStyle w:val="ListBullet"/>
        <w:spacing w:after="80"/>
      </w:pPr>
      <w:r>
        <w:t>Joseph reassures them: "You meant evil against me, but God meant it for good"</w:t>
      </w:r>
    </w:p>
    <w:p>
      <w:pPr>
        <w:pStyle w:val="ListBullet"/>
        <w:spacing w:after="80"/>
      </w:pPr>
      <w:r>
        <w:t>Joseph lives 110 years</w:t>
      </w:r>
    </w:p>
    <w:p>
      <w:pPr>
        <w:pStyle w:val="ListBullet"/>
        <w:spacing w:after="80"/>
      </w:pPr>
      <w:r>
        <w:t>Joseph sees Ephraim's children</w:t>
      </w:r>
    </w:p>
    <w:p>
      <w:pPr>
        <w:pStyle w:val="ListBullet"/>
        <w:spacing w:after="80"/>
      </w:pPr>
      <w:r>
        <w:t>Joseph makes brothers swear to carry his bones to Canaan</w:t>
      </w:r>
    </w:p>
    <w:p>
      <w:pPr>
        <w:pStyle w:val="ListBullet"/>
        <w:spacing w:after="80"/>
      </w:pPr>
      <w:r>
        <w:t>Joseph dies, embalmed, placed in coffin in Egypt</w:t>
      </w:r>
    </w:p>
    <w:p>
      <w:pPr>
        <w:spacing w:before="280" w:after="80"/>
        <w:pBdr>
          <w:bottom w:val="single" w:sz="6" w:space="1" w:color="2F5496"/>
        </w:pBdr>
      </w:pPr>
      <w:r>
        <w:rPr>
          <w:b/>
          <w:color w:val="2F5496"/>
          <w:sz w:val="24"/>
        </w:rPr>
        <w:t>THEOLOGICAL SIGNIFICANCE</w:t>
      </w:r>
    </w:p>
    <w:p>
      <w:pPr>
        <w:pStyle w:val="ListBullet"/>
        <w:spacing w:after="80"/>
      </w:pPr>
      <w:r>
        <w:t>God turns evil for good</w:t>
      </w:r>
    </w:p>
    <w:p>
      <w:pPr>
        <w:pStyle w:val="ListBullet"/>
        <w:spacing w:after="80"/>
      </w:pPr>
      <w:r>
        <w:t>Forgiveness releases us from bitterness</w:t>
      </w:r>
    </w:p>
    <w:p>
      <w:pPr>
        <w:pStyle w:val="ListBullet"/>
        <w:spacing w:after="80"/>
      </w:pPr>
      <w:r>
        <w:t>Hope looks forward to God's promises</w:t>
      </w:r>
    </w:p>
    <w:p>
      <w:pPr>
        <w:spacing w:after="160" w:line="276" w:lineRule="auto"/>
      </w:pPr>
      <w:r>
        <w:t>---</w:t>
      </w:r>
    </w:p>
    <w:p>
      <w:pPr>
        <w:spacing w:before="280" w:after="80"/>
        <w:pBdr>
          <w:bottom w:val="single" w:sz="6" w:space="1" w:color="2F5496"/>
        </w:pBdr>
      </w:pPr>
      <w:r>
        <w:rPr>
          <w:b/>
          <w:color w:val="2F5496"/>
          <w:sz w:val="24"/>
        </w:rPr>
        <w:t>CONCLUSION</w:t>
      </w:r>
    </w:p>
    <w:p>
      <w:pPr>
        <w:spacing w:after="160" w:line="276" w:lineRule="auto"/>
      </w:pPr>
      <w:r>
        <w:t>The Book of Genesis establishes the foundation of God's redemptive plan. From creation to the patriarchs, Genesis reveals God's sovereignty, human responsibility, and the promise of redemption. The themes of covenant, blessing, and providence point forward to the coming Messiah and God's ultimate plan of salvation.</w:t>
      </w:r>
    </w:p>
    <w:p>
      <w:pPr>
        <w:spacing w:after="160" w:line="276" w:lineRule="auto"/>
      </w:pPr>
      <w:r>
        <w:t>This study guide provides a framework for deeper exploration of Genesis, with each chapter offering rich theological insights and practical applications for daily living.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