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296"/>
        <w:gridCol w:w="7920"/>
      </w:tblGrid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685800" cy="67931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owers_se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79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pPr>
              <w:spacing w:before="120"/>
            </w:pPr>
            <w:r>
              <w:rPr>
                <w:b/>
                <w:color w:val="800020"/>
                <w:sz w:val="32"/>
              </w:rPr>
              <w:t>TOWERS HIGH SCHOOL</w:t>
              <w:br/>
            </w:r>
            <w:r>
              <w:rPr>
                <w:color w:val="595959"/>
                <w:sz w:val="18"/>
              </w:rPr>
              <w:t>Titans  •  In Pursuit of Excellence</w:t>
            </w:r>
          </w:p>
        </w:tc>
      </w:tr>
    </w:tbl>
    <w:p>
      <w:pPr>
        <w:pBdr>
          <w:bottom w:val="single" w:sz="18" w:space="4" w:color="800020"/>
        </w:pBdr>
      </w:pPr>
    </w:p>
    <w:p/>
    <w:p>
      <w:pPr>
        <w:spacing w:after="160"/>
      </w:pPr>
      <w:r>
        <w:rPr>
          <w:b/>
          <w:color w:val="800020"/>
          <w:sz w:val="36"/>
        </w:rPr>
        <w:t>Training Program: Body Recomposition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T-LO'S TRAINING PROGRAM: BODY RECOMPOSITION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WORKOUT A (PUSH &amp; QUAD FOCUS)</w:t>
      </w:r>
    </w:p>
    <w:p>
      <w:pPr>
        <w:spacing w:after="160" w:line="276" w:lineRule="auto"/>
      </w:pPr>
      <w:r>
        <w:t>*Focus on heavy compound movements. Rest 90-120 seconds between sets.*</w:t>
      </w:r>
    </w:p>
    <w:p>
      <w:pPr>
        <w:pStyle w:val="ListBullet"/>
        <w:spacing w:after="80"/>
      </w:pPr>
      <w:r>
        <w:t>**Barbell Back Squats** | 4 Sets of 8 Reps</w:t>
      </w:r>
    </w:p>
    <w:p>
      <w:pPr>
        <w:pStyle w:val="ListBullet"/>
        <w:spacing w:after="80"/>
      </w:pPr>
      <w:r>
        <w:t>**Dumbbell Bench Press** | 4 Sets of 8-10 Reps</w:t>
      </w:r>
    </w:p>
    <w:p>
      <w:pPr>
        <w:pStyle w:val="ListBullet"/>
        <w:spacing w:after="80"/>
      </w:pPr>
      <w:r>
        <w:t>**Lat Pulldowns** | 4 Sets of 10-12 Reps</w:t>
      </w:r>
    </w:p>
    <w:p>
      <w:pPr>
        <w:pStyle w:val="ListBullet"/>
        <w:spacing w:after="80"/>
      </w:pPr>
      <w:r>
        <w:t>**Leg Extensions** | 3 Sets of 12-15 Reps (Burnout)</w:t>
      </w:r>
    </w:p>
    <w:p>
      <w:pPr>
        <w:pStyle w:val="ListBullet"/>
        <w:spacing w:after="80"/>
      </w:pPr>
      <w:r>
        <w:t>**Dumbbell Lateral Raises** | 4 Sets of 12-15 Reps</w:t>
      </w:r>
    </w:p>
    <w:p>
      <w:pPr>
        <w:pStyle w:val="ListBullet"/>
        <w:spacing w:after="80"/>
      </w:pPr>
      <w:r>
        <w:t>**Dumbbell Overhead Press** | 3 Sets of 10 Reps</w:t>
      </w:r>
    </w:p>
    <w:p>
      <w:pPr>
        <w:pStyle w:val="ListBullet"/>
        <w:spacing w:after="80"/>
      </w:pPr>
      <w:r>
        <w:t>**Tricep Pushdowns/Kickbacks** | 3 Sets of 12 Reps</w:t>
      </w:r>
    </w:p>
    <w:p>
      <w:pPr>
        <w:pStyle w:val="ListBullet"/>
        <w:spacing w:after="80"/>
      </w:pPr>
      <w:r>
        <w:t>**Core (Hanging Leg Raises or Planks)** | 3 Rounds</w:t>
      </w:r>
    </w:p>
    <w:p>
      <w:pPr>
        <w:spacing w:after="160" w:line="276" w:lineRule="auto"/>
      </w:pPr>
      <w:r>
        <w:t>---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WORKOUT B (PULL &amp; HAMSTRING FOCUS)</w:t>
      </w:r>
    </w:p>
    <w:p>
      <w:pPr>
        <w:spacing w:after="160" w:line="276" w:lineRule="auto"/>
      </w:pPr>
      <w:r>
        <w:t>*Focus on explosive power and controlled eccentric movements.*</w:t>
      </w:r>
    </w:p>
    <w:p>
      <w:pPr>
        <w:pStyle w:val="ListBullet"/>
        <w:spacing w:after="80"/>
      </w:pPr>
      <w:r>
        <w:t>**Deadlifts (Conventional or Romanian)** | 4 Sets of 6-8 Reps</w:t>
      </w:r>
    </w:p>
    <w:p>
      <w:pPr>
        <w:pStyle w:val="ListBullet"/>
        <w:spacing w:after="80"/>
      </w:pPr>
      <w:r>
        <w:t>**One-Arm Dumbbell Rows** | 4 Sets of 8-10 Reps per arm</w:t>
      </w:r>
    </w:p>
    <w:p>
      <w:pPr>
        <w:pStyle w:val="ListBullet"/>
        <w:spacing w:after="80"/>
      </w:pPr>
      <w:r>
        <w:t>**Swiss Bar Rows** | 3 Sets of 10 Reps</w:t>
      </w:r>
    </w:p>
    <w:p>
      <w:pPr>
        <w:pStyle w:val="ListBullet"/>
        <w:spacing w:after="80"/>
      </w:pPr>
      <w:r>
        <w:t>**Dumbbell Lunges** | 3 Sets of 10 Reps per leg</w:t>
      </w:r>
    </w:p>
    <w:p>
      <w:pPr>
        <w:pStyle w:val="ListBullet"/>
        <w:spacing w:after="80"/>
      </w:pPr>
      <w:r>
        <w:t>**Bicep Curls (Curl Bar)** | 4 Sets of 10-12 Reps</w:t>
      </w:r>
    </w:p>
    <w:p>
      <w:pPr>
        <w:pStyle w:val="ListBullet"/>
        <w:spacing w:after="80"/>
      </w:pPr>
      <w:r>
        <w:t>**Face Pulls or Rear Delt Flyes** | 3 Sets of 15 Reps</w:t>
      </w:r>
    </w:p>
    <w:p>
      <w:pPr>
        <w:pStyle w:val="ListBullet"/>
        <w:spacing w:after="80"/>
      </w:pPr>
      <w:r>
        <w:t>**Calf Raises** | 4 Sets of 15 Reps</w:t>
      </w:r>
    </w:p>
    <w:p>
      <w:pPr>
        <w:pStyle w:val="ListBullet"/>
        <w:spacing w:after="80"/>
      </w:pPr>
      <w:r>
        <w:t>**Heavy Bag Work** | 3 Rounds of 3 Minutes (High Intensity)</w:t>
      </w:r>
    </w:p>
    <w:p>
      <w:pPr>
        <w:spacing w:after="160" w:line="276" w:lineRule="auto"/>
      </w:pPr>
      <w:r>
        <w:t>---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COACH'S NOTES:</w:t>
      </w:r>
    </w:p>
    <w:p>
      <w:pPr>
        <w:pStyle w:val="ListBullet"/>
        <w:spacing w:after="80"/>
      </w:pPr>
      <w:r>
        <w:t>**Progressive Overload:** Aim to increase weight or reps every single week.</w:t>
      </w:r>
    </w:p>
    <w:p>
      <w:pPr>
        <w:pStyle w:val="ListBullet"/>
        <w:spacing w:after="80"/>
      </w:pPr>
      <w:r>
        <w:t>**Form First:** Never sacrifice technique for heavier plates.</w:t>
      </w:r>
    </w:p>
    <w:p>
      <w:pPr>
        <w:pStyle w:val="ListBullet"/>
        <w:spacing w:after="80"/>
      </w:pPr>
      <w:r>
        <w:t>**Recovery:** Stay hydrated and prioritize sleep.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