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line="276" w:lineRule="auto"/>
      </w:pPr>
      <w:r>
        <w:t>using UnityEngine;</w:t>
      </w:r>
    </w:p>
    <w:p>
      <w:pPr>
        <w:spacing w:after="160" w:line="276" w:lineRule="auto"/>
      </w:pPr>
      <w:r>
        <w:t>using UnityEngine.InputSystem;</w:t>
      </w:r>
    </w:p>
    <w:p>
      <w:pPr>
        <w:spacing w:after="160" w:line="276" w:lineRule="auto"/>
      </w:pPr>
      <w:r>
        <w:t>public class PlayerController : MonoBehaviour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[Header("Movement Settings")]</w:t>
      </w:r>
    </w:p>
    <w:p>
      <w:pPr>
        <w:spacing w:after="160" w:line="276" w:lineRule="auto"/>
      </w:pPr>
      <w:r>
        <w:t>public float moveSpeed = 5f;</w:t>
      </w:r>
    </w:p>
    <w:p>
      <w:pPr>
        <w:spacing w:after="160" w:line="276" w:lineRule="auto"/>
      </w:pPr>
      <w:r>
        <w:t>public float rollDuration = 0.3f; // ~10 frames at 30fps</w:t>
      </w:r>
    </w:p>
    <w:p>
      <w:pPr>
        <w:spacing w:after="160" w:line="276" w:lineRule="auto"/>
      </w:pPr>
      <w:r>
        <w:t>public float staminaMax = 100f;</w:t>
      </w:r>
    </w:p>
    <w:p>
      <w:pPr>
        <w:spacing w:after="160" w:line="276" w:lineRule="auto"/>
      </w:pPr>
      <w:r>
        <w:t>public float staminaRegenRate = 20f;</w:t>
      </w:r>
    </w:p>
    <w:p>
      <w:pPr>
        <w:spacing w:after="160" w:line="276" w:lineRule="auto"/>
      </w:pPr>
      <w:r>
        <w:t>[Header("Camera Settings")]</w:t>
      </w:r>
    </w:p>
    <w:p>
      <w:pPr>
        <w:spacing w:after="160" w:line="276" w:lineRule="auto"/>
      </w:pPr>
      <w:r>
        <w:t>public Transform cameraPivot; // Drag your Main Camera pivot here</w:t>
      </w:r>
    </w:p>
    <w:p>
      <w:pPr>
        <w:spacing w:after="160" w:line="276" w:lineRule="auto"/>
      </w:pPr>
      <w:r>
        <w:t>public float lockOnDistance = 3f;</w:t>
      </w:r>
    </w:p>
    <w:p>
      <w:pPr>
        <w:spacing w:after="160" w:line="276" w:lineRule="auto"/>
      </w:pPr>
      <w:r>
        <w:t>public float rotationSpeed = 10f;</w:t>
      </w:r>
    </w:p>
    <w:p>
      <w:pPr>
        <w:spacing w:after="160" w:line="276" w:lineRule="auto"/>
      </w:pPr>
      <w:r>
        <w:t>[Header("References")]</w:t>
      </w:r>
    </w:p>
    <w:p>
      <w:pPr>
        <w:spacing w:after="160" w:line="276" w:lineRule="auto"/>
      </w:pPr>
      <w:r>
        <w:t>public Animator animator;</w:t>
      </w:r>
    </w:p>
    <w:p>
      <w:pPr>
        <w:spacing w:after="160" w:line="276" w:lineRule="auto"/>
      </w:pPr>
      <w:r>
        <w:t>public CapsuleCollider collider;</w:t>
      </w:r>
    </w:p>
    <w:p>
      <w:pPr>
        <w:spacing w:after="160" w:line="276" w:lineRule="auto"/>
      </w:pPr>
      <w:r>
        <w:t>// State variables</w:t>
      </w:r>
    </w:p>
    <w:p>
      <w:pPr>
        <w:spacing w:after="160" w:line="276" w:lineRule="auto"/>
      </w:pPr>
      <w:r>
        <w:t>private Vector2 moveInput;</w:t>
      </w:r>
    </w:p>
    <w:p>
      <w:pPr>
        <w:spacing w:after="160" w:line="276" w:lineRule="auto"/>
      </w:pPr>
      <w:r>
        <w:t>private bool isRolling = false;</w:t>
      </w:r>
    </w:p>
    <w:p>
      <w:pPr>
        <w:spacing w:after="160" w:line="276" w:lineRule="auto"/>
      </w:pPr>
      <w:r>
        <w:t>private float currentStamina;</w:t>
      </w:r>
    </w:p>
    <w:p>
      <w:pPr>
        <w:spacing w:after="160" w:line="276" w:lineRule="auto"/>
      </w:pPr>
      <w:r>
        <w:t>private Transform lockedOnTarget;</w:t>
      </w:r>
    </w:p>
    <w:p>
      <w:pPr>
        <w:spacing w:after="160" w:line="276" w:lineRule="auto"/>
      </w:pPr>
      <w:r>
        <w:t>private Quaternion targetRotation;</w:t>
      </w:r>
    </w:p>
    <w:p>
      <w:pPr>
        <w:spacing w:after="160" w:line="276" w:lineRule="auto"/>
      </w:pPr>
      <w:r>
        <w:t>void Start()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currentStamina = staminaMax;</w:t>
      </w:r>
    </w:p>
    <w:p>
      <w:pPr>
        <w:spacing w:after="160" w:line="276" w:lineRule="auto"/>
      </w:pPr>
      <w:r>
        <w:t>LockCursor();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void Update()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HandleStamina();</w:t>
      </w:r>
    </w:p>
    <w:p>
      <w:pPr>
        <w:spacing w:after="160" w:line="276" w:lineRule="auto"/>
      </w:pPr>
      <w:r>
        <w:t>if (!isRolling)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HandleMovement();</w:t>
      </w:r>
    </w:p>
    <w:p>
      <w:pPr>
        <w:spacing w:after="160" w:line="276" w:lineRule="auto"/>
      </w:pPr>
      <w:r>
        <w:t>HandleLockOn();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ApplyRotation();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void HandleStamina()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if (currentStamina &lt; staminaMax)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currentStamina += staminaRegenRate * Time.deltaTime;</w:t>
      </w:r>
    </w:p>
    <w:p>
      <w:pPr>
        <w:spacing w:after="160" w:line="276" w:lineRule="auto"/>
      </w:pPr>
      <w:r>
        <w:t>currentStamina = Mathf.Clamp(currentStamina, 0, staminaMax);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void HandleMovement()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if (moveInput.magnitude &gt; 0.1f)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Vector3 moveDirection = new Vector3(moveInput.x, 0f, moveInput.y);</w:t>
      </w:r>
    </w:p>
    <w:p>
      <w:pPr>
        <w:spacing w:after="160" w:line="276" w:lineRule="auto"/>
      </w:pPr>
      <w:r>
        <w:t>// Rotate character to face movement direction</w:t>
      </w:r>
    </w:p>
    <w:p>
      <w:pPr>
        <w:spacing w:after="160" w:line="276" w:lineRule="auto"/>
      </w:pPr>
      <w:r>
        <w:t>if (lockedOnTarget == null)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targetRotation = Quaternion.LookRotation(moveDirection);</w:t>
      </w:r>
    </w:p>
    <w:p>
      <w:pPr>
        <w:spacing w:after="160" w:line="276" w:lineRule="auto"/>
      </w:pPr>
      <w:r>
        <w:t>transform.rotation = Quaternion.Slerp(transform.rotation, targetRotation, rotationSpeed * Time.deltaTime);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// Move character</w:t>
      </w:r>
    </w:p>
    <w:p>
      <w:pPr>
        <w:spacing w:after="160" w:line="276" w:lineRule="auto"/>
      </w:pPr>
      <w:r>
        <w:t>transform.Translate(moveDirection * moveSpeed * Time.deltaTime, Space.World);</w:t>
      </w:r>
    </w:p>
    <w:p>
      <w:pPr>
        <w:spacing w:after="160" w:line="276" w:lineRule="auto"/>
      </w:pPr>
      <w:r>
        <w:t>// Trigger walk animation</w:t>
      </w:r>
    </w:p>
    <w:p>
      <w:pPr>
        <w:spacing w:after="160" w:line="276" w:lineRule="auto"/>
      </w:pPr>
      <w:r>
        <w:t>if (animator != null)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animator.SetFloat("MoveSpeed", moveInput.magnitude);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else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if (animator != null &amp;&amp; !isRolling)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animator.SetFloat("MoveSpeed", 0f);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void HandleLockOn()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// This will be expanded when we add enemy detection</w:t>
      </w:r>
    </w:p>
    <w:p>
      <w:pPr>
        <w:spacing w:after="160" w:line="276" w:lineRule="auto"/>
      </w:pPr>
      <w:r>
        <w:t>if (Keyboard.current.qKey.wasPressedThisFrame) // Temporary test key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ToggleLockOn();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void ApplyRotation()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// Smooth rotation toward target</w:t>
      </w:r>
    </w:p>
    <w:p>
      <w:pPr>
        <w:spacing w:after="160" w:line="276" w:lineRule="auto"/>
      </w:pPr>
      <w:r>
        <w:t>if (transform.rotation != targetRotation)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transform.rotation = Quaternion.Slerp(</w:t>
      </w:r>
    </w:p>
    <w:p>
      <w:pPr>
        <w:spacing w:after="160" w:line="276" w:lineRule="auto"/>
      </w:pPr>
      <w:r>
        <w:t>transform.rotation,</w:t>
      </w:r>
    </w:p>
    <w:p>
      <w:pPr>
        <w:spacing w:after="160" w:line="276" w:lineRule="auto"/>
      </w:pPr>
      <w:r>
        <w:t>targetRotation,</w:t>
      </w:r>
    </w:p>
    <w:p>
      <w:pPr>
        <w:spacing w:after="160" w:line="276" w:lineRule="auto"/>
      </w:pPr>
      <w:r>
        <w:t>rotationSpeed * Time.deltaTime</w:t>
      </w:r>
    </w:p>
    <w:p>
      <w:pPr>
        <w:spacing w:after="160" w:line="276" w:lineRule="auto"/>
      </w:pPr>
      <w:r>
        <w:t>);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public void OnMove(InputAction.CallbackContext context)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moveInput = context.ReadValue&lt;Vector2&gt;();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public void OnRoll(InputAction.CallbackContext context)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if (context.started &amp;&amp; !isRolling &amp;&amp; currentStamina &gt;= 30f)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StartCoroutine(Roll());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System.Collections.IEnumerator Roll()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isRolling = true;</w:t>
      </w:r>
    </w:p>
    <w:p>
      <w:pPr>
        <w:spacing w:after="160" w:line="276" w:lineRule="auto"/>
      </w:pPr>
      <w:r>
        <w:t>currentStamina -= 30f;</w:t>
      </w:r>
    </w:p>
    <w:p>
      <w:pPr>
        <w:spacing w:after="160" w:line="276" w:lineRule="auto"/>
      </w:pPr>
      <w:r>
        <w:t>if (animator != null)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animator.SetTrigger("Roll");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yield return new WaitForSeconds(rollDuration);</w:t>
      </w:r>
    </w:p>
    <w:p>
      <w:pPr>
        <w:spacing w:after="160" w:line="276" w:lineRule="auto"/>
      </w:pPr>
      <w:r>
        <w:t>isRolling = false;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void ToggleLockOn()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if (lockedOnTarget != null)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lockedOnTarget = null;</w:t>
      </w:r>
    </w:p>
    <w:p>
      <w:pPr>
        <w:spacing w:after="160" w:line="276" w:lineRule="auto"/>
      </w:pPr>
      <w:r>
        <w:t>Debug.Log("Unlocked");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else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// Find nearest enemy within range</w:t>
      </w:r>
    </w:p>
    <w:p>
      <w:pPr>
        <w:spacing w:after="160" w:line="276" w:lineRule="auto"/>
      </w:pPr>
      <w:r>
        <w:t>Collider[] enemies = Physics.OverlapSphere(transform.position, 10f);</w:t>
      </w:r>
    </w:p>
    <w:p>
      <w:pPr>
        <w:spacing w:after="160" w:line="276" w:lineRule="auto"/>
      </w:pPr>
      <w:r>
        <w:t>foreach (var col in enemies)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if (col.CompareTag("Enemy"))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lockedOnTarget = col.transform;</w:t>
      </w:r>
    </w:p>
    <w:p>
      <w:pPr>
        <w:spacing w:after="160" w:line="276" w:lineRule="auto"/>
      </w:pPr>
      <w:r>
        <w:t>break;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if (lockedOnTarget != null &amp;&amp; animator != null)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animator.SetBool("IsLockedOn", true);</w:t>
      </w:r>
    </w:p>
    <w:p>
      <w:pPr>
        <w:spacing w:after="160" w:line="276" w:lineRule="auto"/>
      </w:pPr>
      <w:r>
        <w:t>Debug.Log("Locked on!");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void LockCursor()</w:t>
      </w:r>
    </w:p>
    <w:p>
      <w:pPr>
        <w:spacing w:after="160" w:line="276" w:lineRule="auto"/>
      </w:pPr>
      <w:r>
        <w:t>{</w:t>
      </w:r>
    </w:p>
    <w:p>
      <w:pPr>
        <w:spacing w:after="160" w:line="276" w:lineRule="auto"/>
      </w:pPr>
      <w:r>
        <w:t>Cursor.lockState = CursorLockMode.Locked;</w:t>
      </w:r>
    </w:p>
    <w:p>
      <w:pPr>
        <w:spacing w:after="160" w:line="276" w:lineRule="auto"/>
      </w:pPr>
      <w:r>
        <w:t>Cursor.visible = false;</w:t>
      </w:r>
    </w:p>
    <w:p>
      <w:pPr>
        <w:spacing w:after="160" w:line="276" w:lineRule="auto"/>
      </w:pPr>
      <w:r>
        <w:t>}</w:t>
      </w:r>
    </w:p>
    <w:p>
      <w:pPr>
        <w:spacing w:after="160" w:line="276" w:lineRule="auto"/>
      </w:pPr>
      <w:r>
        <w:t>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