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STAFF MEETING AGENDA</w:t>
      </w:r>
    </w:p>
    <w:p>
      <w:r>
        <w:t>Monday, July 7th | 8:00 AM - 9:30 AM</w:t>
      </w:r>
    </w:p>
    <w:p/>
    <w:p>
      <w:r>
        <w:t>__________________________________________________________</w:t>
      </w:r>
    </w:p>
    <w:p/>
    <w:p>
      <w:r>
        <w:t>I. WELCOME (15 minutes)</w:t>
      </w:r>
    </w:p>
    <w:p>
      <w:r>
        <w:t>- Opening remarks and welcome to all staff members</w:t>
      </w:r>
    </w:p>
    <w:p>
      <w:r>
        <w:t>- Brief overview of meeting objectives for the day</w:t>
      </w:r>
    </w:p>
    <w:p/>
    <w:p>
      <w:r>
        <w:t>II. ANNOUNCEMENTS (20 minutes)</w:t>
      </w:r>
    </w:p>
    <w:p>
      <w:r>
        <w:t>- School district updates</w:t>
      </w:r>
    </w:p>
    <w:p>
      <w:r>
        <w:t>- Upcoming events and calendar reminders</w:t>
      </w:r>
    </w:p>
    <w:p>
      <w:r>
        <w:t>- Administrative notices and policy changes</w:t>
      </w:r>
    </w:p>
    <w:p/>
    <w:p>
      <w:r>
        <w:t>III. PROFESSIONAL DEVELOPMENT UPDATE (30 minutes)</w:t>
      </w:r>
    </w:p>
    <w:p>
      <w:r>
        <w:t>- Review of recent training sessions completed</w:t>
      </w:r>
    </w:p>
    <w:p>
      <w:r>
        <w:t>- Overview of upcoming professional development opportunities</w:t>
      </w:r>
    </w:p>
    <w:p>
      <w:r>
        <w:t>- Resource sharing and best practices discussion</w:t>
      </w:r>
    </w:p>
    <w:p/>
    <w:p>
      <w:r>
        <w:t>IV. OPEN FLOOR / Q&amp;A (45 minutes)</w:t>
      </w:r>
    </w:p>
    <w:p>
      <w:r>
        <w:t>- Staff questions, concerns, or suggestions</w:t>
      </w:r>
    </w:p>
    <w:p>
      <w:r>
        <w:t>- Collaborative problem-solving discussions</w:t>
      </w:r>
    </w:p>
    <w:p>
      <w:r>
        <w:t>- Feedback collection for ongoing improvements</w:t>
      </w:r>
    </w:p>
    <w:p/>
    <w:p>
      <w:r>
        <w:t>__________________________________________________________</w:t>
      </w:r>
    </w:p>
    <w:p/>
    <w:p>
      <w:r>
        <w:t>Total Meeting Time: 90 Minutes</w:t>
      </w:r>
    </w:p>
    <w:p/>
    <w:p>
      <w:r>
        <w:t>Please arrive by 7:55 AM to allow time for networking and preparation.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